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CE6EC" w14:textId="77777777" w:rsidR="00DB3239" w:rsidRDefault="00DB3239" w:rsidP="00DB3239">
      <w:pPr>
        <w:rPr>
          <w:b/>
          <w:color w:val="00B050"/>
          <w:sz w:val="32"/>
          <w:szCs w:val="32"/>
        </w:rPr>
      </w:pPr>
    </w:p>
    <w:p w14:paraId="7703D874" w14:textId="77777777" w:rsidR="00DB3239" w:rsidRPr="00DB3239" w:rsidRDefault="00DB3239" w:rsidP="00DB3239">
      <w:pPr>
        <w:jc w:val="center"/>
        <w:rPr>
          <w:b/>
          <w:color w:val="000000" w:themeColor="text1"/>
          <w:sz w:val="40"/>
          <w:szCs w:val="40"/>
        </w:rPr>
      </w:pPr>
      <w:r w:rsidRPr="00DB3239">
        <w:rPr>
          <w:b/>
          <w:color w:val="000000" w:themeColor="text1"/>
          <w:sz w:val="40"/>
          <w:szCs w:val="40"/>
        </w:rPr>
        <w:t>BESPLATNI PREDLOŠCI ZA PRODAJU PREKO DRUŠTVENIH MREŽA</w:t>
      </w:r>
    </w:p>
    <w:p w14:paraId="6993C97B" w14:textId="77777777" w:rsidR="00654C4D" w:rsidRPr="00DB3239" w:rsidRDefault="00DB3239" w:rsidP="00DB3239">
      <w:pPr>
        <w:jc w:val="center"/>
        <w:rPr>
          <w:b/>
          <w:bCs/>
          <w:szCs w:val="21"/>
        </w:rPr>
      </w:pPr>
      <w:proofErr w:type="spellStart"/>
      <w:r w:rsidRPr="00DB3239">
        <w:rPr>
          <w:b/>
          <w:bCs/>
          <w:color w:val="000000" w:themeColor="text1"/>
          <w:szCs w:val="21"/>
        </w:rPr>
        <w:t>Uredi</w:t>
      </w:r>
      <w:proofErr w:type="spellEnd"/>
      <w:r w:rsidRPr="00DB3239">
        <w:rPr>
          <w:b/>
          <w:bCs/>
          <w:color w:val="000000" w:themeColor="text1"/>
          <w:szCs w:val="21"/>
        </w:rPr>
        <w:t xml:space="preserve">, </w:t>
      </w:r>
      <w:proofErr w:type="spellStart"/>
      <w:r w:rsidRPr="00DB3239">
        <w:rPr>
          <w:b/>
          <w:bCs/>
          <w:color w:val="000000" w:themeColor="text1"/>
          <w:szCs w:val="21"/>
        </w:rPr>
        <w:t>prilagodi</w:t>
      </w:r>
      <w:proofErr w:type="spellEnd"/>
      <w:r w:rsidRPr="00DB3239">
        <w:rPr>
          <w:b/>
          <w:bCs/>
          <w:color w:val="000000" w:themeColor="text1"/>
          <w:szCs w:val="21"/>
        </w:rPr>
        <w:t xml:space="preserve"> </w:t>
      </w:r>
      <w:proofErr w:type="spellStart"/>
      <w:r w:rsidRPr="00DB3239">
        <w:rPr>
          <w:b/>
          <w:bCs/>
          <w:color w:val="000000" w:themeColor="text1"/>
          <w:szCs w:val="21"/>
        </w:rPr>
        <w:t>svom</w:t>
      </w:r>
      <w:proofErr w:type="spellEnd"/>
      <w:r w:rsidRPr="00DB3239">
        <w:rPr>
          <w:b/>
          <w:bCs/>
          <w:color w:val="000000" w:themeColor="text1"/>
          <w:szCs w:val="21"/>
        </w:rPr>
        <w:t xml:space="preserve"> </w:t>
      </w:r>
      <w:proofErr w:type="spellStart"/>
      <w:r w:rsidRPr="00DB3239">
        <w:rPr>
          <w:b/>
          <w:bCs/>
          <w:color w:val="000000" w:themeColor="text1"/>
          <w:szCs w:val="21"/>
        </w:rPr>
        <w:t>poslovanju</w:t>
      </w:r>
      <w:proofErr w:type="spellEnd"/>
      <w:r w:rsidRPr="00DB3239">
        <w:rPr>
          <w:b/>
          <w:bCs/>
          <w:color w:val="000000" w:themeColor="text1"/>
          <w:szCs w:val="21"/>
        </w:rPr>
        <w:t xml:space="preserve"> </w:t>
      </w:r>
      <w:proofErr w:type="spellStart"/>
      <w:r w:rsidRPr="00DB3239">
        <w:rPr>
          <w:b/>
          <w:bCs/>
          <w:color w:val="000000" w:themeColor="text1"/>
          <w:szCs w:val="21"/>
        </w:rPr>
        <w:t>i</w:t>
      </w:r>
      <w:proofErr w:type="spellEnd"/>
      <w:r w:rsidRPr="00DB3239">
        <w:rPr>
          <w:b/>
          <w:bCs/>
          <w:color w:val="000000" w:themeColor="text1"/>
          <w:szCs w:val="21"/>
        </w:rPr>
        <w:t xml:space="preserve"> </w:t>
      </w:r>
      <w:proofErr w:type="spellStart"/>
      <w:r w:rsidRPr="00DB3239">
        <w:rPr>
          <w:b/>
          <w:bCs/>
          <w:color w:val="000000" w:themeColor="text1"/>
          <w:szCs w:val="21"/>
        </w:rPr>
        <w:t>spremi</w:t>
      </w:r>
      <w:proofErr w:type="spellEnd"/>
      <w:r w:rsidRPr="00DB3239">
        <w:rPr>
          <w:b/>
          <w:bCs/>
          <w:color w:val="000000" w:themeColor="text1"/>
          <w:szCs w:val="21"/>
        </w:rPr>
        <w:t xml:space="preserve">. Na </w:t>
      </w:r>
      <w:proofErr w:type="spellStart"/>
      <w:r w:rsidRPr="00DB3239">
        <w:rPr>
          <w:b/>
          <w:bCs/>
          <w:color w:val="000000" w:themeColor="text1"/>
          <w:szCs w:val="21"/>
        </w:rPr>
        <w:t>kraju</w:t>
      </w:r>
      <w:proofErr w:type="spellEnd"/>
      <w:r w:rsidRPr="00DB3239">
        <w:rPr>
          <w:b/>
          <w:bCs/>
          <w:color w:val="000000" w:themeColor="text1"/>
          <w:szCs w:val="21"/>
        </w:rPr>
        <w:t xml:space="preserve"> </w:t>
      </w:r>
      <w:proofErr w:type="spellStart"/>
      <w:r w:rsidRPr="00DB3239">
        <w:rPr>
          <w:b/>
          <w:bCs/>
          <w:color w:val="000000" w:themeColor="text1"/>
          <w:szCs w:val="21"/>
        </w:rPr>
        <w:t>te</w:t>
      </w:r>
      <w:proofErr w:type="spellEnd"/>
      <w:r w:rsidRPr="00DB3239">
        <w:rPr>
          <w:b/>
          <w:bCs/>
          <w:color w:val="000000" w:themeColor="text1"/>
          <w:szCs w:val="21"/>
        </w:rPr>
        <w:t xml:space="preserve"> </w:t>
      </w:r>
      <w:proofErr w:type="spellStart"/>
      <w:r w:rsidRPr="00DB3239">
        <w:rPr>
          <w:b/>
          <w:bCs/>
          <w:color w:val="000000" w:themeColor="text1"/>
          <w:szCs w:val="21"/>
        </w:rPr>
        <w:t>čeka</w:t>
      </w:r>
      <w:proofErr w:type="spellEnd"/>
      <w:r w:rsidRPr="00DB3239">
        <w:rPr>
          <w:b/>
          <w:bCs/>
          <w:color w:val="000000" w:themeColor="text1"/>
          <w:szCs w:val="21"/>
        </w:rPr>
        <w:t xml:space="preserve"> </w:t>
      </w:r>
      <w:proofErr w:type="spellStart"/>
      <w:r w:rsidRPr="00DB3239">
        <w:rPr>
          <w:b/>
          <w:bCs/>
          <w:color w:val="000000" w:themeColor="text1"/>
          <w:szCs w:val="21"/>
        </w:rPr>
        <w:t>checklista</w:t>
      </w:r>
      <w:proofErr w:type="spellEnd"/>
      <w:r w:rsidRPr="00DB3239">
        <w:rPr>
          <w:b/>
          <w:bCs/>
          <w:color w:val="000000" w:themeColor="text1"/>
          <w:szCs w:val="21"/>
        </w:rPr>
        <w:t xml:space="preserve"> </w:t>
      </w:r>
      <w:proofErr w:type="spellStart"/>
      <w:r w:rsidRPr="00DB3239">
        <w:rPr>
          <w:b/>
          <w:bCs/>
          <w:color w:val="000000" w:themeColor="text1"/>
          <w:szCs w:val="21"/>
        </w:rPr>
        <w:t>prije</w:t>
      </w:r>
      <w:proofErr w:type="spellEnd"/>
      <w:r w:rsidRPr="00DB3239">
        <w:rPr>
          <w:b/>
          <w:bCs/>
          <w:color w:val="000000" w:themeColor="text1"/>
          <w:szCs w:val="21"/>
        </w:rPr>
        <w:t xml:space="preserve"> </w:t>
      </w:r>
      <w:proofErr w:type="spellStart"/>
      <w:r w:rsidRPr="00DB3239">
        <w:rPr>
          <w:b/>
          <w:bCs/>
          <w:color w:val="000000" w:themeColor="text1"/>
          <w:szCs w:val="21"/>
        </w:rPr>
        <w:t>prve</w:t>
      </w:r>
      <w:proofErr w:type="spellEnd"/>
      <w:r w:rsidRPr="00DB3239">
        <w:rPr>
          <w:b/>
          <w:bCs/>
          <w:color w:val="000000" w:themeColor="text1"/>
          <w:szCs w:val="21"/>
        </w:rPr>
        <w:t xml:space="preserve"> </w:t>
      </w:r>
      <w:proofErr w:type="spellStart"/>
      <w:r w:rsidRPr="00DB3239">
        <w:rPr>
          <w:b/>
          <w:bCs/>
          <w:color w:val="000000" w:themeColor="text1"/>
          <w:szCs w:val="21"/>
        </w:rPr>
        <w:t>prodaje</w:t>
      </w:r>
      <w:proofErr w:type="spellEnd"/>
      <w:r w:rsidRPr="00DB3239">
        <w:rPr>
          <w:b/>
          <w:bCs/>
          <w:color w:val="000000" w:themeColor="text1"/>
          <w:szCs w:val="21"/>
        </w:rPr>
        <w:t>.</w:t>
      </w:r>
    </w:p>
    <w:tbl>
      <w:tblPr>
        <w:tblW w:w="0" w:type="auto"/>
        <w:jc w:val="center"/>
        <w:tblLook w:val="04A0" w:firstRow="1" w:lastRow="0" w:firstColumn="1" w:lastColumn="0" w:noHBand="0" w:noVBand="1"/>
      </w:tblPr>
      <w:tblGrid>
        <w:gridCol w:w="10166"/>
      </w:tblGrid>
      <w:tr w:rsidR="00654C4D" w14:paraId="16E8A250" w14:textId="77777777">
        <w:trPr>
          <w:jc w:val="center"/>
        </w:trPr>
        <w:tc>
          <w:tcPr>
            <w:tcW w:w="10166" w:type="dxa"/>
            <w:shd w:val="clear" w:color="auto" w:fill="FFF4E8"/>
            <w:tcMar>
              <w:top w:w="170" w:type="dxa"/>
              <w:left w:w="200" w:type="dxa"/>
              <w:bottom w:w="170" w:type="dxa"/>
              <w:right w:w="200" w:type="dxa"/>
            </w:tcMar>
          </w:tcPr>
          <w:p w14:paraId="65A570E3" w14:textId="77777777" w:rsidR="00654C4D" w:rsidRDefault="00000000">
            <w:r w:rsidRPr="00840A0E">
              <w:rPr>
                <w:b/>
                <w:bCs/>
              </w:rPr>
              <w:t xml:space="preserve">Kako </w:t>
            </w:r>
            <w:proofErr w:type="spellStart"/>
            <w:r w:rsidRPr="00840A0E">
              <w:rPr>
                <w:b/>
                <w:bCs/>
              </w:rPr>
              <w:t>koristiti</w:t>
            </w:r>
            <w:proofErr w:type="spellEnd"/>
            <w:r w:rsidRPr="00840A0E">
              <w:rPr>
                <w:b/>
                <w:bCs/>
              </w:rPr>
              <w:t xml:space="preserve"> </w:t>
            </w:r>
            <w:proofErr w:type="spellStart"/>
            <w:r w:rsidRPr="00840A0E">
              <w:rPr>
                <w:b/>
                <w:bCs/>
              </w:rPr>
              <w:t>ovaj</w:t>
            </w:r>
            <w:proofErr w:type="spellEnd"/>
            <w:r w:rsidRPr="00840A0E">
              <w:rPr>
                <w:b/>
                <w:bCs/>
              </w:rPr>
              <w:t xml:space="preserve"> </w:t>
            </w:r>
            <w:proofErr w:type="spellStart"/>
            <w:r w:rsidRPr="00840A0E">
              <w:rPr>
                <w:b/>
                <w:bCs/>
              </w:rPr>
              <w:t>paket</w:t>
            </w:r>
            <w:proofErr w:type="spellEnd"/>
            <w:r w:rsidR="00840A0E" w:rsidRPr="00840A0E">
              <w:rPr>
                <w:b/>
                <w:bCs/>
              </w:rPr>
              <w:t>?</w:t>
            </w:r>
            <w:r>
              <w:br/>
              <w:t>Prazna crta znači: ovdje upisuješ svoj podatak. Ispod crte nalazi se kratka pomoć što treba upisati. Dijelove koji se na tebe ne odnose izbriši. Ako tvoja djelatnost ima posebne uvjete, dozvole ili stručne zahtjeve, ovaj paket ih ne zamjenjuje.</w:t>
            </w:r>
          </w:p>
        </w:tc>
      </w:tr>
    </w:tbl>
    <w:p w14:paraId="75A7957A" w14:textId="77777777" w:rsidR="00654C4D" w:rsidRDefault="00000000">
      <w:pPr>
        <w:pStyle w:val="Naslov1"/>
      </w:pPr>
      <w:r>
        <w:rPr>
          <w:rFonts w:ascii="Montserrat" w:eastAsia="Montserrat" w:hAnsi="Montserrat" w:cs="Montserrat"/>
        </w:rPr>
        <w:t>Što je unutra?</w:t>
      </w:r>
    </w:p>
    <w:p w14:paraId="391E4EEC" w14:textId="77777777" w:rsidR="00654C4D" w:rsidRDefault="00000000">
      <w:r>
        <w:rPr>
          <w:b/>
          <w:color w:val="F28C28"/>
        </w:rPr>
        <w:t xml:space="preserve">01 </w:t>
      </w:r>
      <w:proofErr w:type="spellStart"/>
      <w:r>
        <w:rPr>
          <w:b/>
        </w:rPr>
        <w:t>Podaci</w:t>
      </w:r>
      <w:proofErr w:type="spellEnd"/>
      <w:r>
        <w:rPr>
          <w:b/>
        </w:rPr>
        <w:t xml:space="preserve"> o </w:t>
      </w:r>
      <w:proofErr w:type="spellStart"/>
      <w:r>
        <w:rPr>
          <w:b/>
        </w:rPr>
        <w:t>poslovanju</w:t>
      </w:r>
      <w:proofErr w:type="spellEnd"/>
      <w:r>
        <w:rPr>
          <w:b/>
        </w:rPr>
        <w:t xml:space="preserve"> za profil i poveznicu</w:t>
      </w:r>
    </w:p>
    <w:p w14:paraId="5AC69943" w14:textId="77777777" w:rsidR="00654C4D" w:rsidRDefault="00000000">
      <w:r>
        <w:rPr>
          <w:b/>
          <w:color w:val="F28C28"/>
        </w:rPr>
        <w:t>02</w:t>
      </w:r>
      <w:r w:rsidR="00840A0E">
        <w:rPr>
          <w:b/>
          <w:color w:val="F28C28"/>
        </w:rPr>
        <w:t xml:space="preserve"> </w:t>
      </w:r>
      <w:proofErr w:type="spellStart"/>
      <w:r>
        <w:rPr>
          <w:b/>
        </w:rPr>
        <w:t>Osnovni</w:t>
      </w:r>
      <w:proofErr w:type="spellEnd"/>
      <w:r>
        <w:rPr>
          <w:b/>
        </w:rPr>
        <w:t xml:space="preserve"> </w:t>
      </w:r>
      <w:proofErr w:type="spellStart"/>
      <w:r>
        <w:rPr>
          <w:b/>
        </w:rPr>
        <w:t>uvjeti</w:t>
      </w:r>
      <w:proofErr w:type="spellEnd"/>
      <w:r>
        <w:rPr>
          <w:b/>
        </w:rPr>
        <w:t xml:space="preserve"> </w:t>
      </w:r>
      <w:proofErr w:type="spellStart"/>
      <w:r>
        <w:rPr>
          <w:b/>
        </w:rPr>
        <w:t>prodaje</w:t>
      </w:r>
      <w:proofErr w:type="spellEnd"/>
      <w:r>
        <w:rPr>
          <w:b/>
        </w:rPr>
        <w:t>/</w:t>
      </w:r>
      <w:proofErr w:type="spellStart"/>
      <w:r>
        <w:rPr>
          <w:b/>
        </w:rPr>
        <w:t>pružanja</w:t>
      </w:r>
      <w:proofErr w:type="spellEnd"/>
      <w:r>
        <w:rPr>
          <w:b/>
        </w:rPr>
        <w:t xml:space="preserve"> </w:t>
      </w:r>
      <w:proofErr w:type="spellStart"/>
      <w:r>
        <w:rPr>
          <w:b/>
        </w:rPr>
        <w:t>usluga</w:t>
      </w:r>
      <w:proofErr w:type="spellEnd"/>
    </w:p>
    <w:p w14:paraId="0FF27DE7" w14:textId="77777777" w:rsidR="00654C4D" w:rsidRDefault="00000000">
      <w:r>
        <w:rPr>
          <w:b/>
          <w:color w:val="F28C28"/>
        </w:rPr>
        <w:t xml:space="preserve">03 </w:t>
      </w:r>
      <w:proofErr w:type="spellStart"/>
      <w:r>
        <w:rPr>
          <w:b/>
        </w:rPr>
        <w:t>Ponuda</w:t>
      </w:r>
      <w:proofErr w:type="spellEnd"/>
      <w:r>
        <w:rPr>
          <w:b/>
        </w:rPr>
        <w:t xml:space="preserve"> </w:t>
      </w:r>
      <w:proofErr w:type="spellStart"/>
      <w:r>
        <w:rPr>
          <w:b/>
        </w:rPr>
        <w:t>kupcu</w:t>
      </w:r>
      <w:proofErr w:type="spellEnd"/>
      <w:r>
        <w:rPr>
          <w:b/>
        </w:rPr>
        <w:t xml:space="preserve"> </w:t>
      </w:r>
      <w:proofErr w:type="spellStart"/>
      <w:r>
        <w:rPr>
          <w:b/>
        </w:rPr>
        <w:t>prije</w:t>
      </w:r>
      <w:proofErr w:type="spellEnd"/>
      <w:r>
        <w:rPr>
          <w:b/>
        </w:rPr>
        <w:t xml:space="preserve"> </w:t>
      </w:r>
      <w:proofErr w:type="spellStart"/>
      <w:r>
        <w:rPr>
          <w:b/>
        </w:rPr>
        <w:t>narudžbe</w:t>
      </w:r>
      <w:proofErr w:type="spellEnd"/>
    </w:p>
    <w:p w14:paraId="64D4C33C" w14:textId="77777777" w:rsidR="00654C4D" w:rsidRDefault="00000000">
      <w:r>
        <w:rPr>
          <w:b/>
          <w:color w:val="F28C28"/>
        </w:rPr>
        <w:t xml:space="preserve">04 </w:t>
      </w:r>
      <w:r>
        <w:rPr>
          <w:b/>
        </w:rPr>
        <w:t xml:space="preserve">Potvrda </w:t>
      </w:r>
      <w:proofErr w:type="spellStart"/>
      <w:r>
        <w:rPr>
          <w:b/>
        </w:rPr>
        <w:t>sklopljenog</w:t>
      </w:r>
      <w:proofErr w:type="spellEnd"/>
      <w:r>
        <w:rPr>
          <w:b/>
        </w:rPr>
        <w:t xml:space="preserve"> </w:t>
      </w:r>
      <w:proofErr w:type="spellStart"/>
      <w:r>
        <w:rPr>
          <w:b/>
        </w:rPr>
        <w:t>ugovora</w:t>
      </w:r>
      <w:proofErr w:type="spellEnd"/>
    </w:p>
    <w:p w14:paraId="5152B71A" w14:textId="77777777" w:rsidR="00654C4D" w:rsidRDefault="00000000">
      <w:r>
        <w:rPr>
          <w:b/>
          <w:color w:val="F28C28"/>
        </w:rPr>
        <w:t xml:space="preserve">05 </w:t>
      </w:r>
      <w:proofErr w:type="spellStart"/>
      <w:r>
        <w:rPr>
          <w:b/>
        </w:rPr>
        <w:t>Obavijest</w:t>
      </w:r>
      <w:proofErr w:type="spellEnd"/>
      <w:r>
        <w:rPr>
          <w:b/>
        </w:rPr>
        <w:t xml:space="preserve"> o </w:t>
      </w:r>
      <w:proofErr w:type="spellStart"/>
      <w:r>
        <w:rPr>
          <w:b/>
        </w:rPr>
        <w:t>pravu</w:t>
      </w:r>
      <w:proofErr w:type="spellEnd"/>
      <w:r>
        <w:rPr>
          <w:b/>
        </w:rPr>
        <w:t xml:space="preserve"> </w:t>
      </w:r>
      <w:proofErr w:type="spellStart"/>
      <w:r>
        <w:rPr>
          <w:b/>
        </w:rPr>
        <w:t>na</w:t>
      </w:r>
      <w:proofErr w:type="spellEnd"/>
      <w:r>
        <w:rPr>
          <w:b/>
        </w:rPr>
        <w:t xml:space="preserve"> jednostrani raskid</w:t>
      </w:r>
    </w:p>
    <w:p w14:paraId="6D474645" w14:textId="77777777" w:rsidR="00654C4D" w:rsidRDefault="00000000">
      <w:r>
        <w:rPr>
          <w:b/>
          <w:color w:val="F28C28"/>
        </w:rPr>
        <w:t xml:space="preserve">06 </w:t>
      </w:r>
      <w:proofErr w:type="spellStart"/>
      <w:r>
        <w:rPr>
          <w:b/>
        </w:rPr>
        <w:t>Obrazac</w:t>
      </w:r>
      <w:proofErr w:type="spellEnd"/>
      <w:r>
        <w:rPr>
          <w:b/>
        </w:rPr>
        <w:t xml:space="preserve"> za </w:t>
      </w:r>
      <w:proofErr w:type="spellStart"/>
      <w:r>
        <w:rPr>
          <w:b/>
        </w:rPr>
        <w:t>jednostrani</w:t>
      </w:r>
      <w:proofErr w:type="spellEnd"/>
      <w:r>
        <w:rPr>
          <w:b/>
        </w:rPr>
        <w:t xml:space="preserve"> </w:t>
      </w:r>
      <w:proofErr w:type="spellStart"/>
      <w:r>
        <w:rPr>
          <w:b/>
        </w:rPr>
        <w:t>raskid</w:t>
      </w:r>
      <w:proofErr w:type="spellEnd"/>
    </w:p>
    <w:p w14:paraId="625FBF7F" w14:textId="77777777" w:rsidR="00654C4D" w:rsidRDefault="00000000">
      <w:r>
        <w:rPr>
          <w:b/>
          <w:color w:val="F28C28"/>
        </w:rPr>
        <w:t xml:space="preserve">07 </w:t>
      </w:r>
      <w:proofErr w:type="spellStart"/>
      <w:r>
        <w:rPr>
          <w:b/>
        </w:rPr>
        <w:t>Obavijest</w:t>
      </w:r>
      <w:proofErr w:type="spellEnd"/>
      <w:r>
        <w:rPr>
          <w:b/>
        </w:rPr>
        <w:t xml:space="preserve"> o </w:t>
      </w:r>
      <w:proofErr w:type="spellStart"/>
      <w:r>
        <w:rPr>
          <w:b/>
        </w:rPr>
        <w:t>pisanom</w:t>
      </w:r>
      <w:proofErr w:type="spellEnd"/>
      <w:r>
        <w:rPr>
          <w:b/>
        </w:rPr>
        <w:t xml:space="preserve"> </w:t>
      </w:r>
      <w:proofErr w:type="spellStart"/>
      <w:r>
        <w:rPr>
          <w:b/>
        </w:rPr>
        <w:t>prigovoru</w:t>
      </w:r>
      <w:proofErr w:type="spellEnd"/>
    </w:p>
    <w:p w14:paraId="0E4263D9" w14:textId="77777777" w:rsidR="00654C4D" w:rsidRDefault="00000000">
      <w:r>
        <w:rPr>
          <w:b/>
          <w:color w:val="F28C28"/>
        </w:rPr>
        <w:t xml:space="preserve">08 </w:t>
      </w:r>
      <w:proofErr w:type="spellStart"/>
      <w:r>
        <w:rPr>
          <w:b/>
        </w:rPr>
        <w:t>Osnovna</w:t>
      </w:r>
      <w:proofErr w:type="spellEnd"/>
      <w:r>
        <w:rPr>
          <w:b/>
        </w:rPr>
        <w:t xml:space="preserve"> </w:t>
      </w:r>
      <w:proofErr w:type="spellStart"/>
      <w:r>
        <w:rPr>
          <w:b/>
        </w:rPr>
        <w:t>obavijest</w:t>
      </w:r>
      <w:proofErr w:type="spellEnd"/>
      <w:r>
        <w:rPr>
          <w:b/>
        </w:rPr>
        <w:t xml:space="preserve"> o </w:t>
      </w:r>
      <w:proofErr w:type="spellStart"/>
      <w:r>
        <w:rPr>
          <w:b/>
        </w:rPr>
        <w:t>obradi</w:t>
      </w:r>
      <w:proofErr w:type="spellEnd"/>
      <w:r>
        <w:rPr>
          <w:b/>
        </w:rPr>
        <w:t xml:space="preserve"> osobnih podataka</w:t>
      </w:r>
    </w:p>
    <w:p w14:paraId="23FD4736" w14:textId="77777777" w:rsidR="00654C4D" w:rsidRDefault="00000000">
      <w:r>
        <w:rPr>
          <w:b/>
          <w:color w:val="F28C28"/>
        </w:rPr>
        <w:t xml:space="preserve">09 </w:t>
      </w:r>
      <w:r>
        <w:rPr>
          <w:b/>
        </w:rPr>
        <w:t xml:space="preserve">Interna </w:t>
      </w:r>
      <w:proofErr w:type="spellStart"/>
      <w:r>
        <w:rPr>
          <w:b/>
        </w:rPr>
        <w:t>tablica</w:t>
      </w:r>
      <w:proofErr w:type="spellEnd"/>
      <w:r>
        <w:rPr>
          <w:b/>
        </w:rPr>
        <w:t xml:space="preserve"> </w:t>
      </w:r>
      <w:proofErr w:type="spellStart"/>
      <w:r>
        <w:rPr>
          <w:b/>
        </w:rPr>
        <w:t>elemenata</w:t>
      </w:r>
      <w:proofErr w:type="spellEnd"/>
      <w:r>
        <w:rPr>
          <w:b/>
        </w:rPr>
        <w:t xml:space="preserve"> </w:t>
      </w:r>
      <w:proofErr w:type="spellStart"/>
      <w:r>
        <w:rPr>
          <w:b/>
        </w:rPr>
        <w:t>cijene</w:t>
      </w:r>
      <w:proofErr w:type="spellEnd"/>
    </w:p>
    <w:p w14:paraId="46A1B21E" w14:textId="77777777" w:rsidR="00654C4D" w:rsidRDefault="00000000">
      <w:r>
        <w:rPr>
          <w:b/>
          <w:color w:val="F28C28"/>
        </w:rPr>
        <w:t xml:space="preserve">10 </w:t>
      </w:r>
      <w:proofErr w:type="spellStart"/>
      <w:r>
        <w:rPr>
          <w:b/>
        </w:rPr>
        <w:t>Ponuda</w:t>
      </w:r>
      <w:proofErr w:type="spellEnd"/>
      <w:r>
        <w:rPr>
          <w:b/>
        </w:rPr>
        <w:t xml:space="preserve"> za </w:t>
      </w:r>
      <w:proofErr w:type="spellStart"/>
      <w:r>
        <w:rPr>
          <w:b/>
        </w:rPr>
        <w:t>radionicu</w:t>
      </w:r>
      <w:proofErr w:type="spellEnd"/>
      <w:r>
        <w:rPr>
          <w:b/>
        </w:rPr>
        <w:t xml:space="preserve"> </w:t>
      </w:r>
      <w:proofErr w:type="spellStart"/>
      <w:r>
        <w:rPr>
          <w:b/>
        </w:rPr>
        <w:t>ili</w:t>
      </w:r>
      <w:proofErr w:type="spellEnd"/>
      <w:r>
        <w:rPr>
          <w:b/>
        </w:rPr>
        <w:t xml:space="preserve"> uslugu na termin</w:t>
      </w:r>
    </w:p>
    <w:p w14:paraId="443AF806" w14:textId="77777777" w:rsidR="00654C4D" w:rsidRDefault="00000000">
      <w:r>
        <w:rPr>
          <w:b/>
          <w:color w:val="F28C28"/>
        </w:rPr>
        <w:t xml:space="preserve">11 </w:t>
      </w:r>
      <w:proofErr w:type="spellStart"/>
      <w:r>
        <w:rPr>
          <w:b/>
        </w:rPr>
        <w:t>Digitalni</w:t>
      </w:r>
      <w:proofErr w:type="spellEnd"/>
      <w:r>
        <w:rPr>
          <w:b/>
        </w:rPr>
        <w:t xml:space="preserve"> </w:t>
      </w:r>
      <w:proofErr w:type="spellStart"/>
      <w:r>
        <w:rPr>
          <w:b/>
        </w:rPr>
        <w:t>sadržaj</w:t>
      </w:r>
      <w:proofErr w:type="spellEnd"/>
      <w:r>
        <w:rPr>
          <w:b/>
        </w:rPr>
        <w:t xml:space="preserve"> - </w:t>
      </w:r>
      <w:proofErr w:type="spellStart"/>
      <w:r>
        <w:rPr>
          <w:b/>
        </w:rPr>
        <w:t>pristanak</w:t>
      </w:r>
      <w:proofErr w:type="spellEnd"/>
      <w:r>
        <w:rPr>
          <w:b/>
        </w:rPr>
        <w:t xml:space="preserve"> za ranu isporuku</w:t>
      </w:r>
    </w:p>
    <w:p w14:paraId="2549D0D4" w14:textId="77777777" w:rsidR="00654C4D" w:rsidRDefault="00000000">
      <w:r>
        <w:rPr>
          <w:b/>
          <w:color w:val="F28C28"/>
        </w:rPr>
        <w:t xml:space="preserve">12 </w:t>
      </w:r>
      <w:proofErr w:type="spellStart"/>
      <w:r>
        <w:rPr>
          <w:b/>
        </w:rPr>
        <w:t>Interni</w:t>
      </w:r>
      <w:proofErr w:type="spellEnd"/>
      <w:r>
        <w:rPr>
          <w:b/>
        </w:rPr>
        <w:t xml:space="preserve"> </w:t>
      </w:r>
      <w:proofErr w:type="spellStart"/>
      <w:r>
        <w:rPr>
          <w:b/>
        </w:rPr>
        <w:t>zapis</w:t>
      </w:r>
      <w:proofErr w:type="spellEnd"/>
      <w:r>
        <w:rPr>
          <w:b/>
        </w:rPr>
        <w:t xml:space="preserve"> </w:t>
      </w:r>
      <w:proofErr w:type="spellStart"/>
      <w:r>
        <w:rPr>
          <w:b/>
        </w:rPr>
        <w:t>narudžbe</w:t>
      </w:r>
      <w:proofErr w:type="spellEnd"/>
      <w:r>
        <w:rPr>
          <w:b/>
        </w:rPr>
        <w:t xml:space="preserve"> </w:t>
      </w:r>
      <w:proofErr w:type="spellStart"/>
      <w:r>
        <w:rPr>
          <w:b/>
        </w:rPr>
        <w:t>i</w:t>
      </w:r>
      <w:proofErr w:type="spellEnd"/>
      <w:r>
        <w:rPr>
          <w:b/>
        </w:rPr>
        <w:t xml:space="preserve"> evidencija prigovora</w:t>
      </w:r>
    </w:p>
    <w:p w14:paraId="1BDD15E8" w14:textId="77777777" w:rsidR="00654C4D" w:rsidRDefault="00000000">
      <w:r>
        <w:rPr>
          <w:b/>
          <w:color w:val="F28C28"/>
        </w:rPr>
        <w:t xml:space="preserve">13 </w:t>
      </w:r>
      <w:proofErr w:type="spellStart"/>
      <w:r>
        <w:rPr>
          <w:b/>
        </w:rPr>
        <w:t>Checklista</w:t>
      </w:r>
      <w:proofErr w:type="spellEnd"/>
      <w:r>
        <w:rPr>
          <w:b/>
        </w:rPr>
        <w:t xml:space="preserve"> </w:t>
      </w:r>
      <w:proofErr w:type="spellStart"/>
      <w:r>
        <w:rPr>
          <w:b/>
        </w:rPr>
        <w:t>prije</w:t>
      </w:r>
      <w:proofErr w:type="spellEnd"/>
      <w:r>
        <w:rPr>
          <w:b/>
        </w:rPr>
        <w:t xml:space="preserve"> </w:t>
      </w:r>
      <w:proofErr w:type="spellStart"/>
      <w:r>
        <w:rPr>
          <w:b/>
        </w:rPr>
        <w:t>prve</w:t>
      </w:r>
      <w:proofErr w:type="spellEnd"/>
      <w:r>
        <w:rPr>
          <w:b/>
        </w:rPr>
        <w:t xml:space="preserve"> </w:t>
      </w:r>
      <w:proofErr w:type="spellStart"/>
      <w:r>
        <w:rPr>
          <w:b/>
        </w:rPr>
        <w:t>prodaje</w:t>
      </w:r>
      <w:proofErr w:type="spellEnd"/>
    </w:p>
    <w:p w14:paraId="0B9E244D" w14:textId="77777777" w:rsidR="00654C4D" w:rsidRDefault="00000000">
      <w:r>
        <w:br w:type="page"/>
      </w:r>
    </w:p>
    <w:p w14:paraId="4CE3483B" w14:textId="77777777" w:rsidR="00654C4D" w:rsidRDefault="00000000">
      <w:pPr>
        <w:pStyle w:val="Naslov1"/>
      </w:pPr>
      <w:r>
        <w:rPr>
          <w:rFonts w:ascii="Montserrat" w:eastAsia="Montserrat" w:hAnsi="Montserrat" w:cs="Montserrat"/>
        </w:rPr>
        <w:lastRenderedPageBreak/>
        <w:t>BESPLATNI PAKET PREDLOŽAKA – ZA PRILAGODBU I PREUZIMANJE</w:t>
      </w:r>
    </w:p>
    <w:p w14:paraId="4656EA5B" w14:textId="77777777" w:rsidR="00840A0E" w:rsidRPr="00B8091A" w:rsidRDefault="00840A0E">
      <w:pPr>
        <w:rPr>
          <w:color w:val="E36C0A" w:themeColor="accent6" w:themeShade="BF"/>
        </w:rPr>
      </w:pPr>
      <w:r w:rsidRPr="00B8091A">
        <w:rPr>
          <w:color w:val="E36C0A" w:themeColor="accent6" w:themeShade="BF"/>
        </w:rPr>
        <w:t>Ja:</w:t>
      </w:r>
    </w:p>
    <w:p w14:paraId="0F69869E" w14:textId="77777777" w:rsidR="00840A0E" w:rsidRDefault="00840A0E">
      <w:r>
        <w:t xml:space="preserve">“Dobro, </w:t>
      </w:r>
      <w:proofErr w:type="spellStart"/>
      <w:r>
        <w:t>pročitala</w:t>
      </w:r>
      <w:proofErr w:type="spellEnd"/>
      <w:r>
        <w:t xml:space="preserve"> </w:t>
      </w:r>
      <w:proofErr w:type="spellStart"/>
      <w:r>
        <w:t>sam</w:t>
      </w:r>
      <w:proofErr w:type="spellEnd"/>
      <w:r>
        <w:t xml:space="preserve"> </w:t>
      </w:r>
      <w:proofErr w:type="spellStart"/>
      <w:r>
        <w:t>vodič</w:t>
      </w:r>
      <w:proofErr w:type="spellEnd"/>
      <w:r>
        <w:t xml:space="preserve">. A </w:t>
      </w:r>
      <w:proofErr w:type="spellStart"/>
      <w:r>
        <w:t>što</w:t>
      </w:r>
      <w:proofErr w:type="spellEnd"/>
      <w:r>
        <w:t xml:space="preserve"> da </w:t>
      </w:r>
      <w:proofErr w:type="spellStart"/>
      <w:r>
        <w:t>stvarno</w:t>
      </w:r>
      <w:proofErr w:type="spellEnd"/>
      <w:r>
        <w:t xml:space="preserve"> </w:t>
      </w:r>
      <w:proofErr w:type="spellStart"/>
      <w:r>
        <w:t>pošaljem</w:t>
      </w:r>
      <w:proofErr w:type="spellEnd"/>
      <w:r>
        <w:t xml:space="preserve"> </w:t>
      </w:r>
      <w:proofErr w:type="spellStart"/>
      <w:r>
        <w:t>kupcu</w:t>
      </w:r>
      <w:proofErr w:type="spellEnd"/>
      <w:r>
        <w:t>?”</w:t>
      </w:r>
    </w:p>
    <w:p w14:paraId="5E5E21E8" w14:textId="77777777" w:rsidR="00840A0E" w:rsidRDefault="00840A0E">
      <w:r w:rsidRPr="00B8091A">
        <w:rPr>
          <w:color w:val="00B050"/>
        </w:rPr>
        <w:t xml:space="preserve">Moj </w:t>
      </w:r>
      <w:proofErr w:type="spellStart"/>
      <w:r w:rsidRPr="00B8091A">
        <w:rPr>
          <w:color w:val="00B050"/>
        </w:rPr>
        <w:t>knjigovođa</w:t>
      </w:r>
      <w:proofErr w:type="spellEnd"/>
      <w:r w:rsidRPr="00B8091A">
        <w:rPr>
          <w:color w:val="00B050"/>
        </w:rPr>
        <w:t>:</w:t>
      </w:r>
    </w:p>
    <w:p w14:paraId="5C479832" w14:textId="77777777" w:rsidR="00654C4D" w:rsidRDefault="00840A0E">
      <w:r>
        <w:t xml:space="preserve">“E, </w:t>
      </w:r>
      <w:proofErr w:type="spellStart"/>
      <w:r>
        <w:t>zato</w:t>
      </w:r>
      <w:proofErr w:type="spellEnd"/>
      <w:r>
        <w:t xml:space="preserve"> </w:t>
      </w:r>
      <w:proofErr w:type="spellStart"/>
      <w:r>
        <w:t>ovaj</w:t>
      </w:r>
      <w:proofErr w:type="spellEnd"/>
      <w:r>
        <w:t xml:space="preserve"> </w:t>
      </w:r>
      <w:proofErr w:type="spellStart"/>
      <w:r>
        <w:t>paket</w:t>
      </w:r>
      <w:proofErr w:type="spellEnd"/>
      <w:r>
        <w:t xml:space="preserve"> </w:t>
      </w:r>
      <w:proofErr w:type="spellStart"/>
      <w:r>
        <w:t>vodi</w:t>
      </w:r>
      <w:proofErr w:type="spellEnd"/>
      <w:r>
        <w:t xml:space="preserve"> korak po korak. Prazne crte su mjesta za tvoje podatke, a sitna napomena ispod govori ti što tamo treba upisati. Dijelove koji se na </w:t>
      </w:r>
      <w:proofErr w:type="spellStart"/>
      <w:r>
        <w:t>tebe</w:t>
      </w:r>
      <w:proofErr w:type="spellEnd"/>
      <w:r>
        <w:t xml:space="preserve"> ne </w:t>
      </w:r>
      <w:proofErr w:type="spellStart"/>
      <w:r>
        <w:t>odnose</w:t>
      </w:r>
      <w:proofErr w:type="spellEnd"/>
      <w:r>
        <w:t xml:space="preserve"> </w:t>
      </w:r>
      <w:proofErr w:type="spellStart"/>
      <w:r>
        <w:t>jednostavno</w:t>
      </w:r>
      <w:proofErr w:type="spellEnd"/>
      <w:r>
        <w:t xml:space="preserve"> </w:t>
      </w:r>
      <w:proofErr w:type="spellStart"/>
      <w:r>
        <w:t>preskoči</w:t>
      </w:r>
      <w:proofErr w:type="spellEnd"/>
      <w:r>
        <w:t xml:space="preserve"> </w:t>
      </w:r>
      <w:proofErr w:type="spellStart"/>
      <w:r>
        <w:t>ili</w:t>
      </w:r>
      <w:proofErr w:type="spellEnd"/>
      <w:r>
        <w:t xml:space="preserve"> </w:t>
      </w:r>
      <w:proofErr w:type="spellStart"/>
      <w:r>
        <w:t>izbriši</w:t>
      </w:r>
      <w:proofErr w:type="spellEnd"/>
      <w:r>
        <w:t>.”</w:t>
      </w:r>
    </w:p>
    <w:p w14:paraId="41A6AAFA" w14:textId="77777777" w:rsidR="00654C4D" w:rsidRDefault="00000000">
      <w:r w:rsidRPr="00840A0E">
        <w:rPr>
          <w:b/>
          <w:bCs/>
        </w:rPr>
        <w:t>VAŽNO</w:t>
      </w:r>
      <w:r>
        <w:t>: Ovo su urednički predlošci, a ne službeno odobreni obrasci. Za djelatnosti s posebnim uvjetima, pretplate, digitalne usluge, prekograničnu prodaju i složene poslovne modele nužna je dodatna prilagodba. Ne obećavamo da jedan tekst pokriva baš svaku obvezu.</w:t>
      </w:r>
    </w:p>
    <w:p w14:paraId="31FA197B" w14:textId="77777777" w:rsidR="00654C4D" w:rsidRDefault="00000000">
      <w:pPr>
        <w:pStyle w:val="Naslov2"/>
        <w:pageBreakBefore/>
      </w:pPr>
      <w:r>
        <w:rPr>
          <w:rFonts w:ascii="Montserrat" w:eastAsia="Montserrat" w:hAnsi="Montserrat" w:cs="Montserrat"/>
        </w:rPr>
        <w:lastRenderedPageBreak/>
        <w:t>1. Podaci o poslovanju za profil i poveznicu</w:t>
      </w:r>
    </w:p>
    <w:p w14:paraId="62B0434C" w14:textId="77777777" w:rsidR="00654C4D" w:rsidRPr="00840A0E" w:rsidRDefault="00000000">
      <w:pPr>
        <w:rPr>
          <w:color w:val="auto"/>
        </w:rPr>
      </w:pPr>
      <w:r>
        <w:t>_____________________________</w:t>
      </w:r>
      <w:r w:rsidR="00840A0E">
        <w:t>_____________________________________</w:t>
      </w:r>
      <w:r>
        <w:t>_</w:t>
      </w:r>
      <w:r>
        <w:rPr>
          <w:i/>
          <w:sz w:val="16"/>
        </w:rPr>
        <w:br/>
      </w:r>
      <w:r w:rsidRPr="00840A0E">
        <w:rPr>
          <w:i/>
          <w:color w:val="auto"/>
          <w:sz w:val="16"/>
        </w:rPr>
        <w:t xml:space="preserve">↳ </w:t>
      </w:r>
      <w:proofErr w:type="spellStart"/>
      <w:r w:rsidRPr="00840A0E">
        <w:rPr>
          <w:i/>
          <w:color w:val="auto"/>
          <w:sz w:val="16"/>
        </w:rPr>
        <w:t>upiši</w:t>
      </w:r>
      <w:proofErr w:type="spellEnd"/>
      <w:r w:rsidRPr="00840A0E">
        <w:rPr>
          <w:i/>
          <w:color w:val="auto"/>
          <w:sz w:val="16"/>
        </w:rPr>
        <w:t xml:space="preserve"> </w:t>
      </w:r>
      <w:proofErr w:type="spellStart"/>
      <w:r w:rsidRPr="00840A0E">
        <w:rPr>
          <w:i/>
          <w:color w:val="auto"/>
          <w:sz w:val="16"/>
        </w:rPr>
        <w:t>puni</w:t>
      </w:r>
      <w:proofErr w:type="spellEnd"/>
      <w:r w:rsidRPr="00840A0E">
        <w:rPr>
          <w:i/>
          <w:color w:val="auto"/>
          <w:sz w:val="16"/>
        </w:rPr>
        <w:t xml:space="preserve"> </w:t>
      </w:r>
      <w:proofErr w:type="spellStart"/>
      <w:r w:rsidRPr="00840A0E">
        <w:rPr>
          <w:i/>
          <w:color w:val="auto"/>
          <w:sz w:val="16"/>
        </w:rPr>
        <w:t>naziv</w:t>
      </w:r>
      <w:proofErr w:type="spellEnd"/>
      <w:r w:rsidRPr="00840A0E">
        <w:rPr>
          <w:i/>
          <w:color w:val="auto"/>
          <w:sz w:val="16"/>
        </w:rPr>
        <w:t xml:space="preserve"> pod kojim posluješ</w:t>
      </w:r>
    </w:p>
    <w:p w14:paraId="1F129C9E" w14:textId="77777777" w:rsidR="00654C4D" w:rsidRDefault="00000000">
      <w:r>
        <w:t>______________________________</w:t>
      </w:r>
      <w:r w:rsidR="00840A0E">
        <w:t>_____________________________________</w:t>
      </w:r>
      <w:r>
        <w:rPr>
          <w:i/>
          <w:sz w:val="16"/>
        </w:rPr>
        <w:br/>
        <w:t>↳ upiši ulicu, kućni broj, poštanski broj i mjesto</w:t>
      </w:r>
    </w:p>
    <w:p w14:paraId="280F235B" w14:textId="77777777" w:rsidR="00654C4D" w:rsidRDefault="00000000">
      <w:r>
        <w:t>_____________________________</w:t>
      </w:r>
      <w:r w:rsidR="00840A0E">
        <w:t>_____________________________________</w:t>
      </w:r>
      <w:r>
        <w:t>_</w:t>
      </w:r>
      <w:r>
        <w:rPr>
          <w:i/>
          <w:sz w:val="16"/>
        </w:rPr>
        <w:br/>
        <w:t>↳ upiši identifikacijske i registracijske podatke koji se odnose na tvoj oblik poslovanja</w:t>
      </w:r>
    </w:p>
    <w:p w14:paraId="67CC183F" w14:textId="77777777" w:rsidR="00654C4D" w:rsidRDefault="00000000">
      <w:proofErr w:type="spellStart"/>
      <w:r>
        <w:t>Kontakt</w:t>
      </w:r>
      <w:proofErr w:type="spellEnd"/>
      <w:r>
        <w:t>: ___________________________</w:t>
      </w:r>
      <w:r w:rsidR="00840A0E">
        <w:t>_________</w:t>
      </w:r>
      <w:r>
        <w:t>___, _________</w:t>
      </w:r>
      <w:r w:rsidR="00840A0E">
        <w:t>_____________</w:t>
      </w:r>
      <w:r>
        <w:t>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e-</w:t>
      </w:r>
      <w:proofErr w:type="spellStart"/>
      <w:r>
        <w:rPr>
          <w:i/>
          <w:sz w:val="16"/>
        </w:rPr>
        <w:t>poštu</w:t>
      </w:r>
      <w:proofErr w:type="spellEnd"/>
      <w:r>
        <w:rPr>
          <w:i/>
          <w:sz w:val="16"/>
        </w:rPr>
        <w:t xml:space="preserve"> </w:t>
      </w:r>
      <w:proofErr w:type="spellStart"/>
      <w:r>
        <w:rPr>
          <w:i/>
          <w:sz w:val="16"/>
        </w:rPr>
        <w:t>na</w:t>
      </w:r>
      <w:proofErr w:type="spellEnd"/>
      <w:r>
        <w:rPr>
          <w:i/>
          <w:sz w:val="16"/>
        </w:rPr>
        <w:t xml:space="preserve"> </w:t>
      </w:r>
      <w:proofErr w:type="spellStart"/>
      <w:r>
        <w:rPr>
          <w:i/>
          <w:sz w:val="16"/>
        </w:rPr>
        <w:t>koju</w:t>
      </w:r>
      <w:proofErr w:type="spellEnd"/>
      <w:r>
        <w:rPr>
          <w:i/>
          <w:sz w:val="16"/>
        </w:rPr>
        <w:t xml:space="preserve"> </w:t>
      </w:r>
      <w:proofErr w:type="spellStart"/>
      <w:r>
        <w:rPr>
          <w:i/>
          <w:sz w:val="16"/>
        </w:rPr>
        <w:t>ti</w:t>
      </w:r>
      <w:proofErr w:type="spellEnd"/>
      <w:r>
        <w:rPr>
          <w:i/>
          <w:sz w:val="16"/>
        </w:rPr>
        <w:t xml:space="preserve"> se </w:t>
      </w:r>
      <w:proofErr w:type="spellStart"/>
      <w:r>
        <w:rPr>
          <w:i/>
          <w:sz w:val="16"/>
        </w:rPr>
        <w:t>kupac</w:t>
      </w:r>
      <w:proofErr w:type="spellEnd"/>
      <w:r>
        <w:rPr>
          <w:i/>
          <w:sz w:val="16"/>
        </w:rPr>
        <w:t xml:space="preserve"> </w:t>
      </w:r>
      <w:proofErr w:type="spellStart"/>
      <w:r>
        <w:rPr>
          <w:i/>
          <w:sz w:val="16"/>
        </w:rPr>
        <w:t>može</w:t>
      </w:r>
      <w:proofErr w:type="spellEnd"/>
      <w:r>
        <w:rPr>
          <w:i/>
          <w:sz w:val="16"/>
        </w:rPr>
        <w:t xml:space="preserve"> </w:t>
      </w:r>
      <w:proofErr w:type="spellStart"/>
      <w:r>
        <w:rPr>
          <w:i/>
          <w:sz w:val="16"/>
        </w:rPr>
        <w:t>javiti</w:t>
      </w:r>
      <w:proofErr w:type="spellEnd"/>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broj</w:t>
      </w:r>
      <w:proofErr w:type="spellEnd"/>
      <w:r>
        <w:rPr>
          <w:i/>
          <w:sz w:val="16"/>
        </w:rPr>
        <w:t xml:space="preserve"> </w:t>
      </w:r>
      <w:proofErr w:type="spellStart"/>
      <w:r>
        <w:rPr>
          <w:i/>
          <w:sz w:val="16"/>
        </w:rPr>
        <w:t>telefona</w:t>
      </w:r>
      <w:proofErr w:type="spellEnd"/>
      <w:r>
        <w:rPr>
          <w:i/>
          <w:sz w:val="16"/>
        </w:rPr>
        <w:t xml:space="preserve">, </w:t>
      </w:r>
      <w:proofErr w:type="spellStart"/>
      <w:r>
        <w:rPr>
          <w:i/>
          <w:sz w:val="16"/>
        </w:rPr>
        <w:t>ako</w:t>
      </w:r>
      <w:proofErr w:type="spellEnd"/>
      <w:r>
        <w:rPr>
          <w:i/>
          <w:sz w:val="16"/>
        </w:rPr>
        <w:t xml:space="preserve"> ga koristiš za kontakt s kupcima</w:t>
      </w:r>
    </w:p>
    <w:p w14:paraId="1BCB1FF3" w14:textId="77777777" w:rsidR="00654C4D" w:rsidRDefault="00000000">
      <w:proofErr w:type="spellStart"/>
      <w:r>
        <w:t>Uvjeti</w:t>
      </w:r>
      <w:proofErr w:type="spellEnd"/>
      <w:r>
        <w:t xml:space="preserve"> </w:t>
      </w:r>
      <w:proofErr w:type="spellStart"/>
      <w:r>
        <w:t>prodaje</w:t>
      </w:r>
      <w:proofErr w:type="spellEnd"/>
      <w:r>
        <w:t>: _________________</w:t>
      </w:r>
      <w:r w:rsidR="00840A0E">
        <w:t>______________________</w:t>
      </w:r>
      <w:r>
        <w:t>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ili</w:t>
      </w:r>
      <w:proofErr w:type="spellEnd"/>
      <w:r>
        <w:rPr>
          <w:i/>
          <w:sz w:val="16"/>
        </w:rPr>
        <w:t xml:space="preserve"> </w:t>
      </w:r>
      <w:proofErr w:type="spellStart"/>
      <w:r>
        <w:rPr>
          <w:i/>
          <w:sz w:val="16"/>
        </w:rPr>
        <w:t>zalijepi</w:t>
      </w:r>
      <w:proofErr w:type="spellEnd"/>
      <w:r>
        <w:rPr>
          <w:i/>
          <w:sz w:val="16"/>
        </w:rPr>
        <w:t xml:space="preserve"> </w:t>
      </w:r>
      <w:proofErr w:type="spellStart"/>
      <w:r>
        <w:rPr>
          <w:i/>
          <w:sz w:val="16"/>
        </w:rPr>
        <w:t>poveznicu</w:t>
      </w:r>
      <w:proofErr w:type="spellEnd"/>
    </w:p>
    <w:p w14:paraId="5A9578CE" w14:textId="77777777" w:rsidR="00654C4D" w:rsidRDefault="00000000">
      <w:proofErr w:type="spellStart"/>
      <w:r>
        <w:t>Prigovori</w:t>
      </w:r>
      <w:proofErr w:type="spellEnd"/>
      <w:r>
        <w:t>: ___________________________</w:t>
      </w:r>
      <w:r w:rsidR="00840A0E">
        <w:t>___________________________</w:t>
      </w:r>
      <w:r>
        <w:t>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adresu</w:t>
      </w:r>
      <w:proofErr w:type="spellEnd"/>
      <w:r>
        <w:rPr>
          <w:i/>
          <w:sz w:val="16"/>
        </w:rPr>
        <w:t xml:space="preserve"> </w:t>
      </w:r>
      <w:proofErr w:type="spellStart"/>
      <w:r>
        <w:rPr>
          <w:i/>
          <w:sz w:val="16"/>
        </w:rPr>
        <w:t>i</w:t>
      </w:r>
      <w:proofErr w:type="spellEnd"/>
      <w:r>
        <w:rPr>
          <w:i/>
          <w:sz w:val="16"/>
        </w:rPr>
        <w:t xml:space="preserve"> e-</w:t>
      </w:r>
      <w:proofErr w:type="spellStart"/>
      <w:r>
        <w:rPr>
          <w:i/>
          <w:sz w:val="16"/>
        </w:rPr>
        <w:t>poštu</w:t>
      </w:r>
      <w:proofErr w:type="spellEnd"/>
      <w:r>
        <w:rPr>
          <w:i/>
          <w:sz w:val="16"/>
        </w:rPr>
        <w:t xml:space="preserve"> za pisane prigovore</w:t>
      </w:r>
    </w:p>
    <w:p w14:paraId="33485446" w14:textId="77777777" w:rsidR="00654C4D" w:rsidRDefault="00000000">
      <w:proofErr w:type="spellStart"/>
      <w:r>
        <w:t>Privatnost</w:t>
      </w:r>
      <w:proofErr w:type="spellEnd"/>
      <w:r>
        <w:t>: __</w:t>
      </w:r>
      <w:r w:rsidR="00840A0E">
        <w:t>__________________________</w:t>
      </w:r>
      <w:r>
        <w:t>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ili</w:t>
      </w:r>
      <w:proofErr w:type="spellEnd"/>
      <w:r>
        <w:rPr>
          <w:i/>
          <w:sz w:val="16"/>
        </w:rPr>
        <w:t xml:space="preserve"> </w:t>
      </w:r>
      <w:proofErr w:type="spellStart"/>
      <w:r>
        <w:rPr>
          <w:i/>
          <w:sz w:val="16"/>
        </w:rPr>
        <w:t>zalijepi</w:t>
      </w:r>
      <w:proofErr w:type="spellEnd"/>
      <w:r>
        <w:rPr>
          <w:i/>
          <w:sz w:val="16"/>
        </w:rPr>
        <w:t xml:space="preserve"> </w:t>
      </w:r>
      <w:proofErr w:type="spellStart"/>
      <w:r>
        <w:rPr>
          <w:i/>
          <w:sz w:val="16"/>
        </w:rPr>
        <w:t>poveznicu</w:t>
      </w:r>
      <w:proofErr w:type="spellEnd"/>
    </w:p>
    <w:p w14:paraId="78D5C84F" w14:textId="77777777" w:rsidR="00654C4D" w:rsidRDefault="00000000">
      <w:r>
        <w:t>_________________________</w:t>
      </w:r>
      <w:r w:rsidR="00840A0E">
        <w:t>_____________________________________</w:t>
      </w:r>
      <w:r>
        <w:t>_____</w:t>
      </w:r>
      <w:r>
        <w:rPr>
          <w:i/>
          <w:sz w:val="16"/>
        </w:rPr>
        <w:br/>
        <w:t>↳ ispuni samo ako za tvoju djelatnost postoje posebni podaci koje moraš navesti</w:t>
      </w:r>
    </w:p>
    <w:p w14:paraId="3C727875" w14:textId="77777777" w:rsidR="00654C4D" w:rsidRDefault="00000000">
      <w:pPr>
        <w:pStyle w:val="Izvor"/>
      </w:pPr>
      <w:r>
        <w:t>IZVOR: Zakon o elektroničkoj trgovini (čl. 6., 7., 12.-14.): https://narodne-novine.nn.hr/clanci/sluzbeni/2003_10_173_2504.html</w:t>
      </w:r>
    </w:p>
    <w:p w14:paraId="0E8400CA" w14:textId="77777777" w:rsidR="00654C4D" w:rsidRDefault="00000000">
      <w:pPr>
        <w:pStyle w:val="Naslov2"/>
        <w:pageBreakBefore/>
      </w:pPr>
      <w:r>
        <w:rPr>
          <w:rFonts w:ascii="Montserrat" w:eastAsia="Montserrat" w:hAnsi="Montserrat" w:cs="Montserrat"/>
        </w:rPr>
        <w:lastRenderedPageBreak/>
        <w:t>2. Osnovni uvjeti prodaje / pružanja usluga</w:t>
      </w:r>
    </w:p>
    <w:p w14:paraId="791F0884" w14:textId="77777777" w:rsidR="00654C4D" w:rsidRDefault="00000000" w:rsidP="00840A0E">
      <w:r>
        <w:t>UVJETI PRODAJE / PRUŽANJA USLUGA - ______________________________, vrijede od ______________________________</w:t>
      </w:r>
    </w:p>
    <w:p w14:paraId="3696A691" w14:textId="77777777" w:rsidR="00654C4D" w:rsidRDefault="00000000">
      <w:r>
        <w:t>1. PRODAVATELJ / PRUŽATELJ: ________________________________________________.</w:t>
      </w:r>
    </w:p>
    <w:p w14:paraId="4C80D0D5" w14:textId="77777777" w:rsidR="00654C4D" w:rsidRDefault="00000000">
      <w:r>
        <w:t>2. PRIMJENA: Ovi uvjeti primjenjuju se na _______________________________________________ ugovorene putem ______________________________.</w:t>
      </w:r>
    </w:p>
    <w:p w14:paraId="04D85226" w14:textId="77777777" w:rsidR="00654C4D" w:rsidRDefault="00000000">
      <w:r>
        <w:t>3. PREDMET: Glavna obilježja proizvoda ili usluge, specifikacije, eventualna ograničenja i posebni uvjeti navedeni su u ponudi koju kupac dobiva prije narudžbe.</w:t>
      </w:r>
    </w:p>
    <w:p w14:paraId="79D43C51" w14:textId="77777777" w:rsidR="00654C4D" w:rsidRDefault="00000000">
      <w:r>
        <w:t>4. CIJENE I TROŠKOVI: Kupcu se prije nego što bude vezan ugovorom daju ukupna cijena s primjenjivim porezima te svi dodatni troškovi. Ako se konačna cijena ne može unaprijed izračunati, navodi se način njezina izračuna i troškovi koji mogu nastati.</w:t>
      </w:r>
    </w:p>
    <w:p w14:paraId="5E1AD853" w14:textId="77777777" w:rsidR="00654C4D" w:rsidRDefault="00000000">
      <w:r>
        <w:t>5. NARUČIVANJE: Kupac prije obvezujuće potvrde dobiva primjenjive predugovorne informacije. Narudžba se smatra prihvaćenom kada _______________________________________________.</w:t>
      </w:r>
    </w:p>
    <w:p w14:paraId="46E9CD61" w14:textId="77777777" w:rsidR="00654C4D" w:rsidRDefault="00000000">
      <w:r>
        <w:t>6. PLAĆANJE: Kupac može platiti putem _______________________________________________. Predujam: _______________________________________________.</w:t>
      </w:r>
    </w:p>
    <w:p w14:paraId="1278EB4A" w14:textId="77777777" w:rsidR="00654C4D" w:rsidRDefault="00000000">
      <w:r>
        <w:t>7. ISPORUKA / IZVRŠENJE: Rok i način isporuke robe odnosno izvršenja usluge navode se u ponudi/potvrdi narudžbe. Konkretno kod nas: _______________________________________________.</w:t>
      </w:r>
    </w:p>
    <w:p w14:paraId="43E742AF" w14:textId="77777777" w:rsidR="00654C4D" w:rsidRDefault="00000000">
      <w:r>
        <w:t>8. JEDNOSTRANI RASKID: Ako se na ugovor primjenjuje zakonsko pravo na jednostrani raskid, potrošač ga može ostvariti u propisanom roku i na način opisan u zasebnoj Obavijesti o pravu na jednostrani raskid i obrascu koji su dostupni/dostavljeni kupcu.</w:t>
      </w:r>
    </w:p>
    <w:p w14:paraId="19F61462" w14:textId="4869D851" w:rsidR="00B731D9" w:rsidRDefault="00000000">
      <w:r>
        <w:rPr>
          <w:b/>
          <w:color w:val="E47D2B"/>
        </w:rPr>
        <w:t xml:space="preserve">OVO TI MOŽDA NE TREBA </w:t>
      </w:r>
      <w:r>
        <w:rPr>
          <w:b/>
          <w:color w:val="E47D2B"/>
        </w:rPr>
        <w:br/>
      </w:r>
      <w:r>
        <w:rPr>
          <w:color w:val="E47D2B"/>
        </w:rPr>
        <w:t xml:space="preserve">Ovaj odlomak ostavi samo ako se pravo na raskid primjenjuje na tvoju prodaju. Ako postoji zakonska iznimka, nemoj </w:t>
      </w:r>
      <w:proofErr w:type="spellStart"/>
      <w:r>
        <w:rPr>
          <w:color w:val="E47D2B"/>
        </w:rPr>
        <w:t>samo</w:t>
      </w:r>
      <w:proofErr w:type="spellEnd"/>
      <w:r>
        <w:rPr>
          <w:color w:val="E47D2B"/>
        </w:rPr>
        <w:t xml:space="preserve"> </w:t>
      </w:r>
      <w:proofErr w:type="spellStart"/>
      <w:r>
        <w:rPr>
          <w:color w:val="E47D2B"/>
        </w:rPr>
        <w:t>napisati</w:t>
      </w:r>
      <w:proofErr w:type="spellEnd"/>
      <w:r>
        <w:rPr>
          <w:color w:val="E47D2B"/>
        </w:rPr>
        <w:t xml:space="preserve"> </w:t>
      </w:r>
      <w:r w:rsidR="00B8091A">
        <w:rPr>
          <w:color w:val="E47D2B"/>
        </w:rPr>
        <w:t>“</w:t>
      </w:r>
      <w:proofErr w:type="spellStart"/>
      <w:r>
        <w:rPr>
          <w:color w:val="E47D2B"/>
        </w:rPr>
        <w:t>nema</w:t>
      </w:r>
      <w:proofErr w:type="spellEnd"/>
      <w:r>
        <w:rPr>
          <w:color w:val="E47D2B"/>
        </w:rPr>
        <w:t xml:space="preserve"> </w:t>
      </w:r>
      <w:proofErr w:type="spellStart"/>
      <w:r>
        <w:rPr>
          <w:color w:val="E47D2B"/>
        </w:rPr>
        <w:t>povrata</w:t>
      </w:r>
      <w:proofErr w:type="spellEnd"/>
      <w:r w:rsidR="00B8091A">
        <w:rPr>
          <w:color w:val="E47D2B"/>
        </w:rPr>
        <w:t>”</w:t>
      </w:r>
      <w:r>
        <w:rPr>
          <w:color w:val="E47D2B"/>
        </w:rPr>
        <w:t xml:space="preserve"> - </w:t>
      </w:r>
      <w:proofErr w:type="spellStart"/>
      <w:r>
        <w:rPr>
          <w:color w:val="E47D2B"/>
        </w:rPr>
        <w:t>navedi</w:t>
      </w:r>
      <w:proofErr w:type="spellEnd"/>
      <w:r>
        <w:rPr>
          <w:color w:val="E47D2B"/>
        </w:rPr>
        <w:t xml:space="preserve"> </w:t>
      </w:r>
      <w:proofErr w:type="spellStart"/>
      <w:r>
        <w:rPr>
          <w:color w:val="E47D2B"/>
        </w:rPr>
        <w:t>točnu</w:t>
      </w:r>
      <w:proofErr w:type="spellEnd"/>
      <w:r>
        <w:rPr>
          <w:color w:val="E47D2B"/>
        </w:rPr>
        <w:t xml:space="preserve"> iznimku i zadrži prava kupca zbog nedostatka.</w:t>
      </w:r>
    </w:p>
    <w:p w14:paraId="1078C128" w14:textId="77777777" w:rsidR="00B731D9" w:rsidRDefault="00B731D9"/>
    <w:p w14:paraId="0396CEF0" w14:textId="77777777" w:rsidR="00654C4D" w:rsidRDefault="00000000">
      <w:r>
        <w:t>9. NEDOSTACI I PISANI PRIGOVORI: Pravo na jednostrani raskid nije isto što i prava zbog nedostatka. Pisani prigovor može se poslati na _______________________________________________. Na pisani prigovor odgovaramo u roku od 15 dana od zaprimanja.</w:t>
      </w:r>
    </w:p>
    <w:p w14:paraId="4B8D7187" w14:textId="77777777" w:rsidR="00654C4D" w:rsidRDefault="00000000">
      <w:r>
        <w:t>10. OSOBNI PODACI: Osobne podatke obrađujemo u svrhe i na pravnim osnovama opisanim u našoj obavijesti o privatnosti: _______________________________________________.</w:t>
      </w:r>
    </w:p>
    <w:p w14:paraId="0C49258F" w14:textId="77777777" w:rsidR="00654C4D" w:rsidRDefault="00000000">
      <w:r>
        <w:t>11. POSEBNI UVJETI: _______________________________________________.</w:t>
      </w:r>
    </w:p>
    <w:p w14:paraId="6D32866F" w14:textId="1F9C7CFC" w:rsidR="00B731D9" w:rsidRDefault="00000000">
      <w:r>
        <w:rPr>
          <w:b/>
          <w:color w:val="E47D2B"/>
        </w:rPr>
        <w:t xml:space="preserve">OVO TI MOŽDA NE TREBA </w:t>
      </w:r>
      <w:r>
        <w:rPr>
          <w:b/>
          <w:color w:val="E47D2B"/>
        </w:rPr>
        <w:br/>
      </w:r>
      <w:r>
        <w:rPr>
          <w:color w:val="E47D2B"/>
        </w:rPr>
        <w:t>Ispuni samo ako za tvoju djelatnost, proizvod ili uslugu postoje dodatni uvjeti, ograničenja, licence, termini ili druga posebna pravila.</w:t>
      </w:r>
    </w:p>
    <w:p w14:paraId="465C45F6" w14:textId="77777777" w:rsidR="00B731D9" w:rsidRDefault="00B731D9"/>
    <w:p w14:paraId="5CF4CF19" w14:textId="77777777" w:rsidR="00654C4D" w:rsidRDefault="00000000">
      <w:r>
        <w:t>12. DATUM I VERZIJA: _______________________________________________.</w:t>
      </w:r>
    </w:p>
    <w:p w14:paraId="36B9DF07" w14:textId="77777777" w:rsidR="00654C4D" w:rsidRDefault="00000000">
      <w:pPr>
        <w:pStyle w:val="Izvor"/>
      </w:pPr>
      <w:r>
        <w:t>SLUŽBENI IZVORI: Zakon o zaštiti potrošača, NN 19/22, 59/23 i 59/26 (osobito čl. 10., 60., 76. i 79.-86.): https://narodne-novine.nn.hr/clanci/sluzbeni/2022_02_19_203.html ; izmjene NN 59/26: https://narodne-novine.nn.hr/clanci/sluzbeni/2026_06_59_728.html ; Zakon o elektroničkoj trgovini, osobito čl. 6. i 7.: https://narodne-novine.nn.hr/clanci/sluzbeni/2003_10_173_2504.html</w:t>
      </w:r>
    </w:p>
    <w:p w14:paraId="13ADED6E" w14:textId="77777777" w:rsidR="00654C4D" w:rsidRDefault="00000000">
      <w:pPr>
        <w:pStyle w:val="Naslov2"/>
        <w:pageBreakBefore/>
      </w:pPr>
      <w:r>
        <w:rPr>
          <w:rFonts w:ascii="Montserrat" w:eastAsia="Montserrat" w:hAnsi="Montserrat" w:cs="Montserrat"/>
        </w:rPr>
        <w:lastRenderedPageBreak/>
        <w:t>3. Ponuda kupcu prije narudžbe</w:t>
      </w:r>
    </w:p>
    <w:p w14:paraId="127A5F4B" w14:textId="77777777" w:rsidR="00654C4D" w:rsidRDefault="00000000">
      <w:proofErr w:type="spellStart"/>
      <w:r>
        <w:t>Predmet</w:t>
      </w:r>
      <w:proofErr w:type="spellEnd"/>
      <w:r>
        <w:t>: Ponuda za ___________________________</w:t>
      </w:r>
      <w:r w:rsidR="00840A0E">
        <w:t>______________</w:t>
      </w:r>
      <w:r>
        <w:t>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naziv</w:t>
      </w:r>
      <w:proofErr w:type="spellEnd"/>
      <w:r>
        <w:rPr>
          <w:i/>
          <w:sz w:val="16"/>
        </w:rPr>
        <w:t xml:space="preserve"> </w:t>
      </w:r>
      <w:proofErr w:type="spellStart"/>
      <w:r>
        <w:rPr>
          <w:i/>
          <w:sz w:val="16"/>
        </w:rPr>
        <w:t>proizvoda</w:t>
      </w:r>
      <w:proofErr w:type="spellEnd"/>
      <w:r>
        <w:rPr>
          <w:i/>
          <w:sz w:val="16"/>
        </w:rPr>
        <w:t xml:space="preserve"> </w:t>
      </w:r>
      <w:proofErr w:type="spellStart"/>
      <w:r>
        <w:rPr>
          <w:i/>
          <w:sz w:val="16"/>
        </w:rPr>
        <w:t>ili</w:t>
      </w:r>
      <w:proofErr w:type="spellEnd"/>
      <w:r>
        <w:rPr>
          <w:i/>
          <w:sz w:val="16"/>
        </w:rPr>
        <w:t xml:space="preserve"> usluge</w:t>
      </w:r>
    </w:p>
    <w:p w14:paraId="7BA67AE9" w14:textId="77777777" w:rsidR="00654C4D" w:rsidRDefault="00000000">
      <w:proofErr w:type="spellStart"/>
      <w:r>
        <w:t>Poštovani</w:t>
      </w:r>
      <w:proofErr w:type="spellEnd"/>
      <w:r>
        <w:t>/a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ime</w:t>
      </w:r>
      <w:proofErr w:type="spellEnd"/>
      <w:r>
        <w:rPr>
          <w:i/>
          <w:sz w:val="16"/>
        </w:rPr>
        <w:t xml:space="preserve"> </w:t>
      </w:r>
      <w:proofErr w:type="spellStart"/>
      <w:r>
        <w:rPr>
          <w:i/>
          <w:sz w:val="16"/>
        </w:rPr>
        <w:t>kupca</w:t>
      </w:r>
      <w:proofErr w:type="spellEnd"/>
    </w:p>
    <w:p w14:paraId="3CC64577" w14:textId="77777777" w:rsidR="00654C4D" w:rsidRDefault="00000000">
      <w:proofErr w:type="spellStart"/>
      <w:r>
        <w:t>Šaljemo</w:t>
      </w:r>
      <w:proofErr w:type="spellEnd"/>
      <w:r>
        <w:t xml:space="preserve"> ponudu za ___________________________</w:t>
      </w:r>
      <w:r w:rsidR="00840A0E">
        <w:t>_______________</w:t>
      </w:r>
      <w:r>
        <w:t>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što</w:t>
      </w:r>
      <w:proofErr w:type="spellEnd"/>
      <w:r>
        <w:rPr>
          <w:i/>
          <w:sz w:val="16"/>
        </w:rPr>
        <w:t xml:space="preserve"> </w:t>
      </w:r>
      <w:proofErr w:type="spellStart"/>
      <w:r>
        <w:rPr>
          <w:i/>
          <w:sz w:val="16"/>
        </w:rPr>
        <w:t>kupac</w:t>
      </w:r>
      <w:proofErr w:type="spellEnd"/>
      <w:r>
        <w:rPr>
          <w:i/>
          <w:sz w:val="16"/>
        </w:rPr>
        <w:t xml:space="preserve"> </w:t>
      </w:r>
      <w:proofErr w:type="spellStart"/>
      <w:r>
        <w:rPr>
          <w:i/>
          <w:sz w:val="16"/>
        </w:rPr>
        <w:t>dobiva</w:t>
      </w:r>
      <w:proofErr w:type="spellEnd"/>
      <w:r>
        <w:rPr>
          <w:i/>
          <w:sz w:val="16"/>
        </w:rPr>
        <w:t xml:space="preserve"> i najvažnije karakteristike</w:t>
      </w:r>
    </w:p>
    <w:p w14:paraId="1D63B3C9" w14:textId="77777777" w:rsidR="00654C4D" w:rsidRDefault="00000000">
      <w:r>
        <w:t>Cijena s primjenjivim porezima: ______________________________ EUR.</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iznos</w:t>
      </w:r>
      <w:proofErr w:type="spellEnd"/>
    </w:p>
    <w:p w14:paraId="14F4D96C" w14:textId="77777777" w:rsidR="00654C4D" w:rsidRDefault="00000000">
      <w:proofErr w:type="spellStart"/>
      <w:r>
        <w:t>Dostava</w:t>
      </w:r>
      <w:proofErr w:type="spellEnd"/>
      <w:r>
        <w:t xml:space="preserve"> / </w:t>
      </w:r>
      <w:proofErr w:type="spellStart"/>
      <w:r>
        <w:t>drugi</w:t>
      </w:r>
      <w:proofErr w:type="spellEnd"/>
      <w:r>
        <w:t xml:space="preserve"> troškovi: ________________________</w:t>
      </w:r>
      <w:r w:rsidR="00840A0E">
        <w:t>_______</w:t>
      </w:r>
      <w:r>
        <w:t>______ EUR.</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trošak</w:t>
      </w:r>
      <w:proofErr w:type="spellEnd"/>
      <w:r>
        <w:rPr>
          <w:i/>
          <w:sz w:val="16"/>
        </w:rPr>
        <w:t xml:space="preserve"> </w:t>
      </w:r>
      <w:proofErr w:type="spellStart"/>
      <w:r>
        <w:rPr>
          <w:i/>
          <w:sz w:val="16"/>
        </w:rPr>
        <w:t>ili</w:t>
      </w:r>
      <w:proofErr w:type="spellEnd"/>
      <w:r>
        <w:rPr>
          <w:i/>
          <w:sz w:val="16"/>
        </w:rPr>
        <w:t xml:space="preserve"> </w:t>
      </w:r>
      <w:proofErr w:type="spellStart"/>
      <w:r>
        <w:rPr>
          <w:i/>
          <w:sz w:val="16"/>
        </w:rPr>
        <w:t>objasni</w:t>
      </w:r>
      <w:proofErr w:type="spellEnd"/>
      <w:r>
        <w:rPr>
          <w:i/>
          <w:sz w:val="16"/>
        </w:rPr>
        <w:t xml:space="preserve"> kako se izračunava</w:t>
      </w:r>
    </w:p>
    <w:p w14:paraId="1045CEF1" w14:textId="77777777" w:rsidR="00654C4D" w:rsidRDefault="00000000">
      <w:r>
        <w:t>Ukupno za plaćanje: ______</w:t>
      </w:r>
      <w:r w:rsidR="00840A0E">
        <w:t>___________</w:t>
      </w:r>
      <w:r>
        <w:t>________________________ EUR.</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iznos</w:t>
      </w:r>
      <w:proofErr w:type="spellEnd"/>
    </w:p>
    <w:p w14:paraId="6120AAB2" w14:textId="77777777" w:rsidR="00840A0E" w:rsidRDefault="00000000">
      <w:proofErr w:type="spellStart"/>
      <w:r>
        <w:t>Način</w:t>
      </w:r>
      <w:proofErr w:type="spellEnd"/>
      <w:r>
        <w:t xml:space="preserve"> plaćanja: ________________________</w:t>
      </w:r>
      <w:r w:rsidR="00840A0E">
        <w:t>_________________</w:t>
      </w:r>
      <w:r>
        <w:t xml:space="preserve">______. </w:t>
      </w:r>
    </w:p>
    <w:p w14:paraId="3D4162E1" w14:textId="77777777" w:rsidR="00840A0E" w:rsidRDefault="00840A0E">
      <w:r>
        <w:rPr>
          <w:i/>
          <w:sz w:val="16"/>
        </w:rPr>
        <w:t xml:space="preserve">                                              ↳ </w:t>
      </w:r>
      <w:proofErr w:type="spellStart"/>
      <w:r>
        <w:rPr>
          <w:i/>
          <w:sz w:val="16"/>
        </w:rPr>
        <w:t>upiši</w:t>
      </w:r>
      <w:proofErr w:type="spellEnd"/>
      <w:r>
        <w:rPr>
          <w:i/>
          <w:sz w:val="16"/>
        </w:rPr>
        <w:t xml:space="preserve"> </w:t>
      </w:r>
      <w:proofErr w:type="spellStart"/>
      <w:r>
        <w:rPr>
          <w:i/>
          <w:sz w:val="16"/>
        </w:rPr>
        <w:t>način</w:t>
      </w:r>
      <w:proofErr w:type="spellEnd"/>
      <w:r>
        <w:rPr>
          <w:i/>
          <w:sz w:val="16"/>
        </w:rPr>
        <w:t xml:space="preserve"> </w:t>
      </w:r>
      <w:proofErr w:type="spellStart"/>
      <w:r>
        <w:rPr>
          <w:i/>
          <w:sz w:val="16"/>
        </w:rPr>
        <w:t>plaćanja</w:t>
      </w:r>
      <w:proofErr w:type="spellEnd"/>
      <w:r>
        <w:rPr>
          <w:i/>
          <w:sz w:val="16"/>
        </w:rPr>
        <w:t xml:space="preserve"> </w:t>
      </w:r>
      <w:proofErr w:type="spellStart"/>
      <w:r>
        <w:rPr>
          <w:i/>
          <w:sz w:val="16"/>
        </w:rPr>
        <w:t>ili</w:t>
      </w:r>
      <w:proofErr w:type="spellEnd"/>
      <w:r>
        <w:rPr>
          <w:i/>
          <w:sz w:val="16"/>
        </w:rPr>
        <w:t xml:space="preserve"> </w:t>
      </w:r>
      <w:proofErr w:type="spellStart"/>
      <w:r>
        <w:rPr>
          <w:i/>
          <w:sz w:val="16"/>
        </w:rPr>
        <w:t>drugi</w:t>
      </w:r>
      <w:proofErr w:type="spellEnd"/>
      <w:r>
        <w:rPr>
          <w:i/>
          <w:sz w:val="16"/>
        </w:rPr>
        <w:t xml:space="preserve"> </w:t>
      </w:r>
      <w:proofErr w:type="spellStart"/>
      <w:r>
        <w:rPr>
          <w:i/>
          <w:sz w:val="16"/>
        </w:rPr>
        <w:t>traženi</w:t>
      </w:r>
      <w:proofErr w:type="spellEnd"/>
      <w:r>
        <w:rPr>
          <w:i/>
          <w:sz w:val="16"/>
        </w:rPr>
        <w:t xml:space="preserve"> </w:t>
      </w:r>
      <w:proofErr w:type="spellStart"/>
      <w:r>
        <w:rPr>
          <w:i/>
          <w:sz w:val="16"/>
        </w:rPr>
        <w:t>način</w:t>
      </w:r>
      <w:proofErr w:type="spellEnd"/>
    </w:p>
    <w:p w14:paraId="107B2104" w14:textId="77777777" w:rsidR="00654C4D" w:rsidRDefault="00000000" w:rsidP="00840A0E">
      <w:r>
        <w:t xml:space="preserve">Rok </w:t>
      </w:r>
      <w:proofErr w:type="spellStart"/>
      <w:r>
        <w:t>isporuke</w:t>
      </w:r>
      <w:proofErr w:type="spellEnd"/>
      <w:r>
        <w:t>/</w:t>
      </w:r>
      <w:proofErr w:type="spellStart"/>
      <w:r>
        <w:t>izvršenja</w:t>
      </w:r>
      <w:proofErr w:type="spellEnd"/>
      <w:r>
        <w:t>: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rok</w:t>
      </w:r>
      <w:proofErr w:type="spellEnd"/>
    </w:p>
    <w:p w14:paraId="5EAE50AC" w14:textId="77777777" w:rsidR="00654C4D" w:rsidRDefault="00000000">
      <w:proofErr w:type="spellStart"/>
      <w:r>
        <w:t>Prodavatelj</w:t>
      </w:r>
      <w:proofErr w:type="spellEnd"/>
      <w:r>
        <w:t>/</w:t>
      </w:r>
      <w:proofErr w:type="spellStart"/>
      <w:r>
        <w:t>pružatelj</w:t>
      </w:r>
      <w:proofErr w:type="spellEnd"/>
      <w:r>
        <w:t>: _______________________</w:t>
      </w:r>
      <w:r w:rsidR="00840A0E">
        <w:t>___________</w:t>
      </w:r>
      <w:r>
        <w:t>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svoje</w:t>
      </w:r>
      <w:proofErr w:type="spellEnd"/>
      <w:r>
        <w:rPr>
          <w:i/>
          <w:sz w:val="16"/>
        </w:rPr>
        <w:t xml:space="preserve"> </w:t>
      </w:r>
      <w:proofErr w:type="spellStart"/>
      <w:r>
        <w:rPr>
          <w:i/>
          <w:sz w:val="16"/>
        </w:rPr>
        <w:t>poslovne</w:t>
      </w:r>
      <w:proofErr w:type="spellEnd"/>
      <w:r>
        <w:rPr>
          <w:i/>
          <w:sz w:val="16"/>
        </w:rPr>
        <w:t xml:space="preserve"> </w:t>
      </w:r>
      <w:proofErr w:type="spellStart"/>
      <w:r>
        <w:rPr>
          <w:i/>
          <w:sz w:val="16"/>
        </w:rPr>
        <w:t>podatke</w:t>
      </w:r>
      <w:proofErr w:type="spellEnd"/>
      <w:r>
        <w:rPr>
          <w:i/>
          <w:sz w:val="16"/>
        </w:rPr>
        <w:t xml:space="preserve"> i kontakt</w:t>
      </w:r>
    </w:p>
    <w:p w14:paraId="6059B57E" w14:textId="77777777" w:rsidR="00654C4D" w:rsidRDefault="00000000">
      <w:r>
        <w:t>U privitku: ________________</w:t>
      </w:r>
      <w:r w:rsidR="00840A0E">
        <w:t>_______________________</w:t>
      </w:r>
      <w:r>
        <w:t>______________.</w:t>
      </w:r>
      <w:r>
        <w:rPr>
          <w:i/>
          <w:sz w:val="16"/>
        </w:rPr>
        <w:br/>
      </w:r>
      <w:r w:rsidR="00840A0E">
        <w:rPr>
          <w:i/>
          <w:sz w:val="16"/>
        </w:rPr>
        <w:t xml:space="preserve">                                                          </w:t>
      </w:r>
      <w:r>
        <w:rPr>
          <w:i/>
          <w:sz w:val="16"/>
        </w:rPr>
        <w:t xml:space="preserve">↳ </w:t>
      </w:r>
      <w:proofErr w:type="spellStart"/>
      <w:r>
        <w:rPr>
          <w:i/>
          <w:sz w:val="16"/>
        </w:rPr>
        <w:t>navedi</w:t>
      </w:r>
      <w:proofErr w:type="spellEnd"/>
      <w:r>
        <w:rPr>
          <w:i/>
          <w:sz w:val="16"/>
        </w:rPr>
        <w:t xml:space="preserve"> </w:t>
      </w:r>
      <w:proofErr w:type="spellStart"/>
      <w:r>
        <w:rPr>
          <w:i/>
          <w:sz w:val="16"/>
        </w:rPr>
        <w:t>dokumente</w:t>
      </w:r>
      <w:proofErr w:type="spellEnd"/>
      <w:r>
        <w:rPr>
          <w:i/>
          <w:sz w:val="16"/>
        </w:rPr>
        <w:t xml:space="preserve"> </w:t>
      </w:r>
      <w:proofErr w:type="spellStart"/>
      <w:r>
        <w:rPr>
          <w:i/>
          <w:sz w:val="16"/>
        </w:rPr>
        <w:t>koje</w:t>
      </w:r>
      <w:proofErr w:type="spellEnd"/>
      <w:r>
        <w:rPr>
          <w:i/>
          <w:sz w:val="16"/>
        </w:rPr>
        <w:t xml:space="preserve"> </w:t>
      </w:r>
      <w:proofErr w:type="spellStart"/>
      <w:r>
        <w:rPr>
          <w:i/>
          <w:sz w:val="16"/>
        </w:rPr>
        <w:t>stvarno</w:t>
      </w:r>
      <w:proofErr w:type="spellEnd"/>
      <w:r>
        <w:rPr>
          <w:i/>
          <w:sz w:val="16"/>
        </w:rPr>
        <w:t xml:space="preserve"> šalješ uz ponudu</w:t>
      </w:r>
    </w:p>
    <w:p w14:paraId="6C9488E6" w14:textId="77777777" w:rsidR="00654C4D" w:rsidRDefault="00000000">
      <w:r>
        <w:t xml:space="preserve">Ako </w:t>
      </w:r>
      <w:proofErr w:type="spellStart"/>
      <w:r>
        <w:t>prihvaćate</w:t>
      </w:r>
      <w:proofErr w:type="spellEnd"/>
      <w:r>
        <w:t xml:space="preserve"> </w:t>
      </w:r>
      <w:proofErr w:type="spellStart"/>
      <w:r>
        <w:t>ponudu</w:t>
      </w:r>
      <w:proofErr w:type="spellEnd"/>
      <w:r>
        <w:t xml:space="preserve">, </w:t>
      </w:r>
      <w:proofErr w:type="spellStart"/>
      <w:r>
        <w:t>potvrdite</w:t>
      </w:r>
      <w:proofErr w:type="spellEnd"/>
      <w:r>
        <w:t xml:space="preserve">: </w:t>
      </w:r>
      <w:r w:rsidR="00840A0E">
        <w:t>“</w:t>
      </w:r>
      <w:proofErr w:type="spellStart"/>
      <w:r>
        <w:t>Potvrđujem</w:t>
      </w:r>
      <w:proofErr w:type="spellEnd"/>
      <w:r>
        <w:t xml:space="preserve"> </w:t>
      </w:r>
      <w:proofErr w:type="spellStart"/>
      <w:r>
        <w:t>narudžbu</w:t>
      </w:r>
      <w:proofErr w:type="spellEnd"/>
      <w:r>
        <w:t xml:space="preserve"> ______________________________ po ukupnoj cijeni ______________________________ EUR s </w:t>
      </w:r>
      <w:proofErr w:type="spellStart"/>
      <w:r>
        <w:t>obvezom</w:t>
      </w:r>
      <w:proofErr w:type="spellEnd"/>
      <w:r>
        <w:t xml:space="preserve"> </w:t>
      </w:r>
      <w:proofErr w:type="spellStart"/>
      <w:r>
        <w:t>plaćanja</w:t>
      </w:r>
      <w:proofErr w:type="spellEnd"/>
      <w:r>
        <w:t>.</w:t>
      </w:r>
      <w:r w:rsidR="00840A0E">
        <w:t>”</w:t>
      </w:r>
      <w:r>
        <w:rPr>
          <w:i/>
          <w:sz w:val="16"/>
        </w:rPr>
        <w:br/>
        <w:t>↳ upiši kratak i jasan opis</w:t>
      </w:r>
      <w:r>
        <w:rPr>
          <w:i/>
          <w:sz w:val="16"/>
        </w:rPr>
        <w:br/>
        <w:t>↳ upiši iznos</w:t>
      </w:r>
    </w:p>
    <w:p w14:paraId="1954CF80" w14:textId="77777777" w:rsidR="00654C4D" w:rsidRDefault="00000000">
      <w:r>
        <w:t>_________________________</w:t>
      </w:r>
      <w:r w:rsidR="00840A0E">
        <w:t>_____________________________________</w:t>
      </w:r>
      <w:r>
        <w:t>_____.</w:t>
      </w:r>
      <w:r>
        <w:rPr>
          <w:i/>
          <w:sz w:val="16"/>
        </w:rPr>
        <w:br/>
        <w:t>↳ ova je napomena samo za tebe – uskladi tekst sa svojim stvarnim postupkom prodaje</w:t>
      </w:r>
    </w:p>
    <w:p w14:paraId="65A9235C" w14:textId="77777777" w:rsidR="00654C4D" w:rsidRDefault="00000000">
      <w:pPr>
        <w:pStyle w:val="Izvor"/>
      </w:pPr>
      <w:r>
        <w:t>PRAVNA OSNOVA / IZVOR: Zakon o zaštiti potrošača, NN 19/22, 59/23, 59/26 (važeći tekst i prijelazne odredbe): https://narodne-novine.nn.hr/clanci/sluzbeni/2022_02_19_203.html</w:t>
      </w:r>
    </w:p>
    <w:p w14:paraId="24BE73AA" w14:textId="77777777" w:rsidR="00654C4D" w:rsidRDefault="00000000">
      <w:pPr>
        <w:pStyle w:val="Naslov2"/>
        <w:pageBreakBefore/>
      </w:pPr>
      <w:r>
        <w:rPr>
          <w:rFonts w:ascii="Montserrat" w:eastAsia="Montserrat" w:hAnsi="Montserrat" w:cs="Montserrat"/>
        </w:rPr>
        <w:lastRenderedPageBreak/>
        <w:t>4. Potvrda sklopljenog ugovora</w:t>
      </w:r>
    </w:p>
    <w:p w14:paraId="3968022C" w14:textId="77777777" w:rsidR="00654C4D" w:rsidRDefault="00000000">
      <w:r>
        <w:t>POTVRDA UGOVORA br. ________</w:t>
      </w:r>
      <w:r w:rsidR="00840A0E">
        <w:t>________________</w:t>
      </w:r>
      <w:r>
        <w:t>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broj</w:t>
      </w:r>
      <w:proofErr w:type="spellEnd"/>
      <w:r>
        <w:rPr>
          <w:i/>
          <w:sz w:val="16"/>
        </w:rPr>
        <w:t xml:space="preserve"> </w:t>
      </w:r>
      <w:proofErr w:type="spellStart"/>
      <w:r>
        <w:rPr>
          <w:i/>
          <w:sz w:val="16"/>
        </w:rPr>
        <w:t>ili</w:t>
      </w:r>
      <w:proofErr w:type="spellEnd"/>
      <w:r>
        <w:rPr>
          <w:i/>
          <w:sz w:val="16"/>
        </w:rPr>
        <w:t xml:space="preserve"> </w:t>
      </w:r>
      <w:proofErr w:type="spellStart"/>
      <w:r>
        <w:rPr>
          <w:i/>
          <w:sz w:val="16"/>
        </w:rPr>
        <w:t>oznaku</w:t>
      </w:r>
      <w:proofErr w:type="spellEnd"/>
      <w:r>
        <w:rPr>
          <w:i/>
          <w:sz w:val="16"/>
        </w:rPr>
        <w:t xml:space="preserve"> dokumenta/narudžbe</w:t>
      </w:r>
    </w:p>
    <w:p w14:paraId="66281B69" w14:textId="77777777" w:rsidR="00654C4D" w:rsidRDefault="00000000">
      <w:r>
        <w:t xml:space="preserve">Datum </w:t>
      </w:r>
      <w:proofErr w:type="spellStart"/>
      <w:r>
        <w:t>sklapanja</w:t>
      </w:r>
      <w:proofErr w:type="spellEnd"/>
      <w:r>
        <w:t>: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datum</w:t>
      </w:r>
    </w:p>
    <w:p w14:paraId="2BB08BA6" w14:textId="77777777" w:rsidR="00654C4D" w:rsidRDefault="00000000">
      <w:proofErr w:type="spellStart"/>
      <w:r>
        <w:t>Prodavatelj</w:t>
      </w:r>
      <w:proofErr w:type="spellEnd"/>
      <w:r>
        <w:t>/</w:t>
      </w:r>
      <w:proofErr w:type="spellStart"/>
      <w:r>
        <w:t>pružatelj</w:t>
      </w:r>
      <w:proofErr w:type="spellEnd"/>
      <w:r>
        <w:t>: __________________________</w:t>
      </w:r>
      <w:r w:rsidR="00840A0E">
        <w:t>______________________________________</w:t>
      </w:r>
      <w:r>
        <w:t>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tražene</w:t>
      </w:r>
      <w:proofErr w:type="spellEnd"/>
      <w:r>
        <w:rPr>
          <w:i/>
          <w:sz w:val="16"/>
        </w:rPr>
        <w:t xml:space="preserve"> </w:t>
      </w:r>
      <w:proofErr w:type="spellStart"/>
      <w:r>
        <w:rPr>
          <w:i/>
          <w:sz w:val="16"/>
        </w:rPr>
        <w:t>podatke</w:t>
      </w:r>
      <w:proofErr w:type="spellEnd"/>
    </w:p>
    <w:p w14:paraId="2EEA267D" w14:textId="77777777" w:rsidR="00654C4D" w:rsidRDefault="00000000">
      <w:proofErr w:type="spellStart"/>
      <w:r>
        <w:t>Kupac</w:t>
      </w:r>
      <w:proofErr w:type="spellEnd"/>
      <w:r>
        <w:t>: ________________________</w:t>
      </w:r>
      <w:r w:rsidR="00840A0E">
        <w:t>_________________________________</w:t>
      </w:r>
      <w:r>
        <w:t>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ime</w:t>
      </w:r>
      <w:proofErr w:type="spellEnd"/>
      <w:r>
        <w:rPr>
          <w:i/>
          <w:sz w:val="16"/>
        </w:rPr>
        <w:t xml:space="preserve"> </w:t>
      </w:r>
      <w:proofErr w:type="spellStart"/>
      <w:r>
        <w:rPr>
          <w:i/>
          <w:sz w:val="16"/>
        </w:rPr>
        <w:t>kupca</w:t>
      </w:r>
      <w:proofErr w:type="spellEnd"/>
      <w:r>
        <w:rPr>
          <w:i/>
          <w:sz w:val="16"/>
        </w:rPr>
        <w:t xml:space="preserve"> </w:t>
      </w:r>
      <w:proofErr w:type="spellStart"/>
      <w:r>
        <w:rPr>
          <w:i/>
          <w:sz w:val="16"/>
        </w:rPr>
        <w:t>i</w:t>
      </w:r>
      <w:proofErr w:type="spellEnd"/>
      <w:r>
        <w:rPr>
          <w:i/>
          <w:sz w:val="16"/>
        </w:rPr>
        <w:t xml:space="preserve"> </w:t>
      </w:r>
      <w:proofErr w:type="spellStart"/>
      <w:r>
        <w:rPr>
          <w:i/>
          <w:sz w:val="16"/>
        </w:rPr>
        <w:t>kontakt</w:t>
      </w:r>
      <w:proofErr w:type="spellEnd"/>
    </w:p>
    <w:p w14:paraId="67D35250" w14:textId="77777777" w:rsidR="00654C4D" w:rsidRDefault="00000000">
      <w:proofErr w:type="spellStart"/>
      <w:r>
        <w:t>Predmet</w:t>
      </w:r>
      <w:proofErr w:type="spellEnd"/>
      <w:r>
        <w:t xml:space="preserve"> i specifikacija: ________________________</w:t>
      </w:r>
      <w:r w:rsidR="00840A0E">
        <w:t>_________________</w:t>
      </w:r>
      <w:r>
        <w:t>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kratak</w:t>
      </w:r>
      <w:proofErr w:type="spellEnd"/>
      <w:r>
        <w:rPr>
          <w:i/>
          <w:sz w:val="16"/>
        </w:rPr>
        <w:t xml:space="preserve"> </w:t>
      </w:r>
      <w:proofErr w:type="spellStart"/>
      <w:r>
        <w:rPr>
          <w:i/>
          <w:sz w:val="16"/>
        </w:rPr>
        <w:t>i</w:t>
      </w:r>
      <w:proofErr w:type="spellEnd"/>
      <w:r>
        <w:rPr>
          <w:i/>
          <w:sz w:val="16"/>
        </w:rPr>
        <w:t xml:space="preserve"> </w:t>
      </w:r>
      <w:proofErr w:type="spellStart"/>
      <w:r>
        <w:rPr>
          <w:i/>
          <w:sz w:val="16"/>
        </w:rPr>
        <w:t>jasan</w:t>
      </w:r>
      <w:proofErr w:type="spellEnd"/>
      <w:r>
        <w:rPr>
          <w:i/>
          <w:sz w:val="16"/>
        </w:rPr>
        <w:t xml:space="preserve"> opis</w:t>
      </w:r>
    </w:p>
    <w:p w14:paraId="3109BD27" w14:textId="77777777" w:rsidR="00654C4D" w:rsidRDefault="00000000">
      <w:proofErr w:type="spellStart"/>
      <w:r>
        <w:t>Ukupna</w:t>
      </w:r>
      <w:proofErr w:type="spellEnd"/>
      <w:r>
        <w:t xml:space="preserve"> </w:t>
      </w:r>
      <w:proofErr w:type="spellStart"/>
      <w:r>
        <w:t>cijena</w:t>
      </w:r>
      <w:proofErr w:type="spellEnd"/>
      <w:r>
        <w:t xml:space="preserve">: ______________________________ EUR; </w:t>
      </w:r>
      <w:proofErr w:type="spellStart"/>
      <w:r>
        <w:t>plaćanje</w:t>
      </w:r>
      <w:proofErr w:type="spellEnd"/>
      <w:r>
        <w:t>: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iznos</w:t>
      </w:r>
      <w:proofErr w:type="spellEnd"/>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način</w:t>
      </w:r>
      <w:proofErr w:type="spellEnd"/>
      <w:r>
        <w:rPr>
          <w:i/>
          <w:sz w:val="16"/>
        </w:rPr>
        <w:t xml:space="preserve"> plaćanja i je li plaćeno</w:t>
      </w:r>
    </w:p>
    <w:p w14:paraId="5DAA3ED5" w14:textId="77777777" w:rsidR="00654C4D" w:rsidRDefault="00000000">
      <w:proofErr w:type="spellStart"/>
      <w:r>
        <w:t>Dostava</w:t>
      </w:r>
      <w:proofErr w:type="spellEnd"/>
      <w:r>
        <w:t>/</w:t>
      </w:r>
      <w:proofErr w:type="spellStart"/>
      <w:r>
        <w:t>izvršenje</w:t>
      </w:r>
      <w:proofErr w:type="spellEnd"/>
      <w:r>
        <w:t>: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rok</w:t>
      </w:r>
      <w:proofErr w:type="spellEnd"/>
      <w:r>
        <w:rPr>
          <w:i/>
          <w:sz w:val="16"/>
        </w:rPr>
        <w:t xml:space="preserve"> </w:t>
      </w:r>
      <w:proofErr w:type="spellStart"/>
      <w:r>
        <w:rPr>
          <w:i/>
          <w:sz w:val="16"/>
        </w:rPr>
        <w:t>i</w:t>
      </w:r>
      <w:proofErr w:type="spellEnd"/>
      <w:r>
        <w:rPr>
          <w:i/>
          <w:sz w:val="16"/>
        </w:rPr>
        <w:t xml:space="preserve"> </w:t>
      </w:r>
      <w:proofErr w:type="spellStart"/>
      <w:r>
        <w:rPr>
          <w:i/>
          <w:sz w:val="16"/>
        </w:rPr>
        <w:t>način</w:t>
      </w:r>
      <w:proofErr w:type="spellEnd"/>
      <w:r>
        <w:rPr>
          <w:i/>
          <w:sz w:val="16"/>
        </w:rPr>
        <w:t xml:space="preserve"> </w:t>
      </w:r>
      <w:proofErr w:type="spellStart"/>
      <w:r>
        <w:rPr>
          <w:i/>
          <w:sz w:val="16"/>
        </w:rPr>
        <w:t>isporuke</w:t>
      </w:r>
      <w:proofErr w:type="spellEnd"/>
      <w:r>
        <w:rPr>
          <w:i/>
          <w:sz w:val="16"/>
        </w:rPr>
        <w:t>/</w:t>
      </w:r>
      <w:proofErr w:type="spellStart"/>
      <w:r>
        <w:rPr>
          <w:i/>
          <w:sz w:val="16"/>
        </w:rPr>
        <w:t>izvršenja</w:t>
      </w:r>
      <w:proofErr w:type="spellEnd"/>
    </w:p>
    <w:p w14:paraId="67395E06" w14:textId="77777777" w:rsidR="00654C4D" w:rsidRDefault="00000000">
      <w:r>
        <w:t>Potvrđujemo ugovor sklopljen dana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datum</w:t>
      </w:r>
    </w:p>
    <w:p w14:paraId="1ED8F48F" w14:textId="77777777" w:rsidR="00654C4D" w:rsidRDefault="00000000">
      <w:r>
        <w:t>Prilozi: ______________________________.</w:t>
      </w:r>
      <w:r>
        <w:rPr>
          <w:i/>
          <w:sz w:val="16"/>
        </w:rPr>
        <w:br/>
      </w:r>
      <w:r w:rsidR="00840A0E">
        <w:rPr>
          <w:i/>
          <w:sz w:val="16"/>
        </w:rPr>
        <w:t xml:space="preserve">                             </w:t>
      </w:r>
      <w:r>
        <w:rPr>
          <w:i/>
          <w:sz w:val="16"/>
        </w:rPr>
        <w:t xml:space="preserve">↳ </w:t>
      </w:r>
      <w:proofErr w:type="spellStart"/>
      <w:r>
        <w:rPr>
          <w:i/>
          <w:sz w:val="16"/>
        </w:rPr>
        <w:t>navedi</w:t>
      </w:r>
      <w:proofErr w:type="spellEnd"/>
      <w:r>
        <w:rPr>
          <w:i/>
          <w:sz w:val="16"/>
        </w:rPr>
        <w:t xml:space="preserve"> </w:t>
      </w:r>
      <w:proofErr w:type="spellStart"/>
      <w:r>
        <w:rPr>
          <w:i/>
          <w:sz w:val="16"/>
        </w:rPr>
        <w:t>što</w:t>
      </w:r>
      <w:proofErr w:type="spellEnd"/>
      <w:r>
        <w:rPr>
          <w:i/>
          <w:sz w:val="16"/>
        </w:rPr>
        <w:t xml:space="preserve"> </w:t>
      </w:r>
      <w:proofErr w:type="spellStart"/>
      <w:r>
        <w:rPr>
          <w:i/>
          <w:sz w:val="16"/>
        </w:rPr>
        <w:t>prilažeš</w:t>
      </w:r>
      <w:proofErr w:type="spellEnd"/>
      <w:r>
        <w:rPr>
          <w:i/>
          <w:sz w:val="16"/>
        </w:rPr>
        <w:t xml:space="preserve"> </w:t>
      </w:r>
      <w:proofErr w:type="spellStart"/>
      <w:r>
        <w:rPr>
          <w:i/>
          <w:sz w:val="16"/>
        </w:rPr>
        <w:t>uz</w:t>
      </w:r>
      <w:proofErr w:type="spellEnd"/>
      <w:r>
        <w:rPr>
          <w:i/>
          <w:sz w:val="16"/>
        </w:rPr>
        <w:t xml:space="preserve"> potvrdu</w:t>
      </w:r>
    </w:p>
    <w:p w14:paraId="042AC667" w14:textId="77777777" w:rsidR="00654C4D" w:rsidRDefault="00000000">
      <w:pPr>
        <w:pStyle w:val="Izvor"/>
      </w:pPr>
      <w:r>
        <w:t>IZVOR: Zakon o zaštiti potrošača, NN 19/22, 59/23, 59/26 (važeći tekst i prijelazne odredbe): https://narodne-novine.nn.hr/clanci/sluzbeni/2022_02_19_203.html</w:t>
      </w:r>
    </w:p>
    <w:p w14:paraId="780A1696" w14:textId="77777777" w:rsidR="00654C4D" w:rsidRDefault="00000000">
      <w:pPr>
        <w:pStyle w:val="Naslov2"/>
        <w:pageBreakBefore/>
      </w:pPr>
      <w:r>
        <w:rPr>
          <w:rFonts w:ascii="Montserrat" w:hAnsi="Montserrat"/>
        </w:rPr>
        <w:lastRenderedPageBreak/>
        <w:t>5. Obavijest o pravu na jednostrani raskid - predložak teksta</w:t>
      </w:r>
    </w:p>
    <w:p w14:paraId="36116909" w14:textId="77777777" w:rsidR="00654C4D" w:rsidRDefault="00000000">
      <w:r>
        <w:t>Ako je riječ o ugovoru na daljinu na koji se primjenjuje pravo na jednostrani raskid, potrošač može, bez navođenja razloga, jednostrano raskinuti ugovor u roku od 14 dana.</w:t>
      </w:r>
    </w:p>
    <w:p w14:paraId="54F75184" w14:textId="77777777" w:rsidR="00654C4D" w:rsidRDefault="00000000">
      <w:r>
        <w:t>Kod kupoprodaje robe rok u pravilu počinje teći kada potrošač ili treća osoba koju je odredio, a koja nije prijevoznik, primi robu. Kod ugovora o usluzi rok u pravilu teče od dana sklapanja ugovora.</w:t>
      </w:r>
    </w:p>
    <w:p w14:paraId="2EFF073A" w14:textId="5173960E" w:rsidR="00B731D9" w:rsidRDefault="00000000">
      <w:r>
        <w:rPr>
          <w:b/>
          <w:color w:val="E47D2B"/>
        </w:rPr>
        <w:t xml:space="preserve">OVO TI MOŽDA NE TREBA </w:t>
      </w:r>
      <w:r>
        <w:rPr>
          <w:b/>
          <w:color w:val="E47D2B"/>
        </w:rPr>
        <w:br/>
      </w:r>
      <w:r>
        <w:rPr>
          <w:color w:val="E47D2B"/>
        </w:rPr>
        <w:t>Ovaj predložak ne koristi bez provjere ako prodaješ personaliziranu robu, digitalni sadržaj, uslugu koja počinje prije isteka roka za raskid, radionicu/termin ili drugi slučaj za koji može vrijediti posebna iznimka ili poseban zahtjev.</w:t>
      </w:r>
    </w:p>
    <w:p w14:paraId="08C5007C" w14:textId="77777777" w:rsidR="00B731D9" w:rsidRDefault="00B731D9"/>
    <w:p w14:paraId="08B0424F" w14:textId="77777777" w:rsidR="00654C4D" w:rsidRDefault="00000000">
      <w:r>
        <w:t>Da biste ostvarili pravo na raskid, prije isteka roka obavijestite nas nedvosmislenom izjavom o svojoj odluci na: _______________________________________________. Možete koristiti i priloženi obrazac za jednostrani raskid.</w:t>
      </w:r>
    </w:p>
    <w:p w14:paraId="6CEC7915" w14:textId="77777777" w:rsidR="00654C4D" w:rsidRDefault="00000000">
      <w:r>
        <w:t>Ako raskinete ugovor, vratit ćemo vam iznose koje smo primili na temelju ugovora, uključujući trošak standardne dostave kada je to primjenjivo, bez nepotrebnog odgađanja, a najkasnije u roku od 14 dana od dana kada zaprimimo vašu odluku o raskidu. Povrat se u pravilu izvršava istim sredstvom plaćanja, osim ako izričito ne dogovorimo drukčije bez dodatnog troška za vas.</w:t>
      </w:r>
    </w:p>
    <w:p w14:paraId="46EE1729" w14:textId="77777777" w:rsidR="00654C4D" w:rsidRDefault="00000000">
      <w:r>
        <w:t>Kod povrata robe možemo zadržati povrat plaćenog dok nam roba ne bude vraćena ili dok ne dostavite dokaz da ste je poslali natrag, ovisno o tome što nastupi prije. Robu vratite bez odgađanja, a najkasnije u roku od 14 dana od dana kada ste nas obavijestili o raskidu. Izravni trošak povrata robe snosi _______________________________________________. Potrošač odgovara samo za umanjenje vrijednosti robe koje je posljedica rukovanja robom izvan onoga što je potrebno za utvrđivanje njezine prirode, obilježja i funkcionalnosti.</w:t>
      </w:r>
    </w:p>
    <w:p w14:paraId="36FB558A" w14:textId="77777777" w:rsidR="00B731D9" w:rsidRDefault="00000000">
      <w:r>
        <w:rPr>
          <w:i/>
          <w:color w:val="666666"/>
          <w:sz w:val="17"/>
        </w:rPr>
        <w:t>↳ Upiši tko snosi izravni trošak povrata robe. Ako zbog prirode robe postoji poseban trošak ili je roba takva da se ne može uobičajeno vratiti poštom, obavijest mora biti prilagođena prije sklapanja ugovora.</w:t>
      </w:r>
    </w:p>
    <w:p w14:paraId="630D5A36" w14:textId="77777777" w:rsidR="00B731D9" w:rsidRDefault="00B731D9"/>
    <w:p w14:paraId="124AA39C" w14:textId="77777777" w:rsidR="00654C4D" w:rsidRDefault="00000000">
      <w:pPr>
        <w:pStyle w:val="Izvor"/>
      </w:pPr>
      <w:r>
        <w:t>SLUŽBENI IZVOR: Zakon o zaštiti potrošača, osobito čl. 79.-86.: https://narodne-novine.nn.hr/clanci/sluzbeni/2022_02_19_203.html ; izmjene NN 59/26: https://narodne-novine.nn.hr/clanci/sluzbeni/2026_06_59_728.html</w:t>
      </w:r>
    </w:p>
    <w:p w14:paraId="547350EB" w14:textId="77777777" w:rsidR="00654C4D" w:rsidRDefault="00000000">
      <w:pPr>
        <w:pStyle w:val="Naslov2"/>
        <w:pageBreakBefore/>
      </w:pPr>
      <w:r>
        <w:rPr>
          <w:rFonts w:ascii="Montserrat" w:eastAsia="Montserrat" w:hAnsi="Montserrat" w:cs="Montserrat"/>
        </w:rPr>
        <w:lastRenderedPageBreak/>
        <w:t>6. Obrazac za jednostrani raskid</w:t>
      </w:r>
    </w:p>
    <w:p w14:paraId="66F41884" w14:textId="77777777" w:rsidR="00654C4D" w:rsidRDefault="00000000">
      <w:proofErr w:type="spellStart"/>
      <w:r>
        <w:t>Primatelj</w:t>
      </w:r>
      <w:proofErr w:type="spellEnd"/>
      <w:r>
        <w:t>: ____</w:t>
      </w:r>
      <w:r w:rsidR="00840A0E">
        <w:t>________________________________________</w:t>
      </w:r>
      <w:r>
        <w:t>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naziv</w:t>
      </w:r>
      <w:proofErr w:type="spellEnd"/>
      <w:r>
        <w:rPr>
          <w:i/>
          <w:sz w:val="16"/>
        </w:rPr>
        <w:t xml:space="preserve"> </w:t>
      </w:r>
      <w:proofErr w:type="spellStart"/>
      <w:r>
        <w:rPr>
          <w:i/>
          <w:sz w:val="16"/>
        </w:rPr>
        <w:t>poslovnog</w:t>
      </w:r>
      <w:proofErr w:type="spellEnd"/>
      <w:r>
        <w:rPr>
          <w:i/>
          <w:sz w:val="16"/>
        </w:rPr>
        <w:t xml:space="preserve"> </w:t>
      </w:r>
      <w:proofErr w:type="spellStart"/>
      <w:r>
        <w:rPr>
          <w:i/>
          <w:sz w:val="16"/>
        </w:rPr>
        <w:t>subjekta</w:t>
      </w:r>
      <w:proofErr w:type="spellEnd"/>
      <w:r>
        <w:rPr>
          <w:i/>
          <w:sz w:val="16"/>
        </w:rPr>
        <w:t xml:space="preserve">, </w:t>
      </w:r>
      <w:proofErr w:type="spellStart"/>
      <w:r>
        <w:rPr>
          <w:i/>
          <w:sz w:val="16"/>
        </w:rPr>
        <w:t>adresu</w:t>
      </w:r>
      <w:proofErr w:type="spellEnd"/>
      <w:r>
        <w:rPr>
          <w:i/>
          <w:sz w:val="16"/>
        </w:rPr>
        <w:t xml:space="preserve"> </w:t>
      </w:r>
      <w:proofErr w:type="spellStart"/>
      <w:r>
        <w:rPr>
          <w:i/>
          <w:sz w:val="16"/>
        </w:rPr>
        <w:t>i</w:t>
      </w:r>
      <w:proofErr w:type="spellEnd"/>
      <w:r>
        <w:rPr>
          <w:i/>
          <w:sz w:val="16"/>
        </w:rPr>
        <w:t xml:space="preserve"> e-poštu</w:t>
      </w:r>
    </w:p>
    <w:p w14:paraId="3D5D754B" w14:textId="77777777" w:rsidR="00654C4D" w:rsidRDefault="00000000">
      <w:proofErr w:type="spellStart"/>
      <w:r>
        <w:t>Ovim</w:t>
      </w:r>
      <w:proofErr w:type="spellEnd"/>
      <w:r>
        <w:t xml:space="preserve"> </w:t>
      </w:r>
      <w:proofErr w:type="spellStart"/>
      <w:r>
        <w:t>putem</w:t>
      </w:r>
      <w:proofErr w:type="spellEnd"/>
      <w:r>
        <w:t xml:space="preserve"> </w:t>
      </w:r>
      <w:proofErr w:type="spellStart"/>
      <w:r>
        <w:t>obavještavam</w:t>
      </w:r>
      <w:proofErr w:type="spellEnd"/>
      <w:r>
        <w:t xml:space="preserve"> da </w:t>
      </w:r>
      <w:proofErr w:type="spellStart"/>
      <w:r>
        <w:t>jednostrano</w:t>
      </w:r>
      <w:proofErr w:type="spellEnd"/>
      <w:r>
        <w:t xml:space="preserve"> </w:t>
      </w:r>
      <w:proofErr w:type="spellStart"/>
      <w:r>
        <w:t>raskidam</w:t>
      </w:r>
      <w:proofErr w:type="spellEnd"/>
      <w:r>
        <w:t xml:space="preserve"> </w:t>
      </w:r>
      <w:proofErr w:type="spellStart"/>
      <w:r>
        <w:t>ugovor</w:t>
      </w:r>
      <w:proofErr w:type="spellEnd"/>
      <w:r>
        <w:t xml:space="preserve"> o </w:t>
      </w:r>
      <w:proofErr w:type="spellStart"/>
      <w:r>
        <w:t>kupnji</w:t>
      </w:r>
      <w:proofErr w:type="spellEnd"/>
      <w:r>
        <w:t xml:space="preserve"> </w:t>
      </w:r>
      <w:proofErr w:type="spellStart"/>
      <w:r>
        <w:t>sljedeće</w:t>
      </w:r>
      <w:proofErr w:type="spellEnd"/>
      <w:r>
        <w:t xml:space="preserve"> robe / </w:t>
      </w:r>
      <w:proofErr w:type="spellStart"/>
      <w:r>
        <w:t>pružanju</w:t>
      </w:r>
      <w:proofErr w:type="spellEnd"/>
      <w:r>
        <w:t xml:space="preserve"> sljedeće usluge: </w:t>
      </w:r>
      <w:r w:rsidR="00840A0E">
        <w:t>____________________</w:t>
      </w:r>
      <w:r>
        <w:t>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kratak</w:t>
      </w:r>
      <w:proofErr w:type="spellEnd"/>
      <w:r>
        <w:rPr>
          <w:i/>
          <w:sz w:val="16"/>
        </w:rPr>
        <w:t xml:space="preserve"> </w:t>
      </w:r>
      <w:proofErr w:type="spellStart"/>
      <w:r>
        <w:rPr>
          <w:i/>
          <w:sz w:val="16"/>
        </w:rPr>
        <w:t>i</w:t>
      </w:r>
      <w:proofErr w:type="spellEnd"/>
      <w:r>
        <w:rPr>
          <w:i/>
          <w:sz w:val="16"/>
        </w:rPr>
        <w:t xml:space="preserve"> </w:t>
      </w:r>
      <w:proofErr w:type="spellStart"/>
      <w:r>
        <w:rPr>
          <w:i/>
          <w:sz w:val="16"/>
        </w:rPr>
        <w:t>jasan</w:t>
      </w:r>
      <w:proofErr w:type="spellEnd"/>
      <w:r>
        <w:rPr>
          <w:i/>
          <w:sz w:val="16"/>
        </w:rPr>
        <w:t xml:space="preserve"> opis</w:t>
      </w:r>
    </w:p>
    <w:p w14:paraId="456982F5" w14:textId="77777777" w:rsidR="00654C4D" w:rsidRDefault="00000000">
      <w:proofErr w:type="spellStart"/>
      <w:r>
        <w:t>Naručeno</w:t>
      </w:r>
      <w:proofErr w:type="spellEnd"/>
      <w:r>
        <w:t xml:space="preserve"> dana / </w:t>
      </w:r>
      <w:proofErr w:type="spellStart"/>
      <w:r>
        <w:t>primljeno</w:t>
      </w:r>
      <w:proofErr w:type="spellEnd"/>
      <w:r>
        <w:t xml:space="preserve"> dana: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datum</w:t>
      </w:r>
    </w:p>
    <w:p w14:paraId="7BD1BA21" w14:textId="77777777" w:rsidR="00654C4D" w:rsidRDefault="00000000">
      <w:r>
        <w:t xml:space="preserve">Ime </w:t>
      </w:r>
      <w:proofErr w:type="spellStart"/>
      <w:r>
        <w:t>i</w:t>
      </w:r>
      <w:proofErr w:type="spellEnd"/>
      <w:r>
        <w:t xml:space="preserve"> prezime potrošača: ____</w:t>
      </w:r>
      <w:r w:rsidR="00840A0E">
        <w:t>_________________________</w:t>
      </w:r>
      <w:r>
        <w:t>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ime</w:t>
      </w:r>
      <w:proofErr w:type="spellEnd"/>
      <w:r>
        <w:rPr>
          <w:i/>
          <w:sz w:val="16"/>
        </w:rPr>
        <w:t xml:space="preserve"> </w:t>
      </w:r>
      <w:proofErr w:type="spellStart"/>
      <w:r>
        <w:rPr>
          <w:i/>
          <w:sz w:val="16"/>
        </w:rPr>
        <w:t>kupca</w:t>
      </w:r>
      <w:proofErr w:type="spellEnd"/>
    </w:p>
    <w:p w14:paraId="37DE8EFB" w14:textId="77777777" w:rsidR="00654C4D" w:rsidRDefault="00000000">
      <w:proofErr w:type="spellStart"/>
      <w:r>
        <w:t>Adresa</w:t>
      </w:r>
      <w:proofErr w:type="spellEnd"/>
      <w:r>
        <w:t xml:space="preserve"> </w:t>
      </w:r>
      <w:proofErr w:type="spellStart"/>
      <w:r>
        <w:t>potrošača</w:t>
      </w:r>
      <w:proofErr w:type="spellEnd"/>
      <w:r>
        <w:t>: __________________________</w:t>
      </w:r>
      <w:r w:rsidR="00840A0E">
        <w:t>________________________________</w:t>
      </w:r>
      <w:r>
        <w:t>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adresu</w:t>
      </w:r>
      <w:proofErr w:type="spellEnd"/>
    </w:p>
    <w:p w14:paraId="70200AEC" w14:textId="77777777" w:rsidR="00654C4D" w:rsidRDefault="00000000">
      <w:r>
        <w:t>Datum: ______________________________</w:t>
      </w:r>
      <w:r>
        <w:rPr>
          <w:i/>
          <w:sz w:val="16"/>
        </w:rPr>
        <w:br/>
      </w:r>
      <w:r w:rsidR="00840A0E">
        <w:rPr>
          <w:i/>
          <w:sz w:val="16"/>
        </w:rPr>
        <w:t xml:space="preserve">                                              </w:t>
      </w:r>
      <w:r>
        <w:rPr>
          <w:i/>
          <w:sz w:val="16"/>
        </w:rPr>
        <w:t xml:space="preserve">↳ </w:t>
      </w:r>
      <w:proofErr w:type="spellStart"/>
      <w:r>
        <w:rPr>
          <w:i/>
          <w:sz w:val="16"/>
        </w:rPr>
        <w:t>upiši</w:t>
      </w:r>
      <w:proofErr w:type="spellEnd"/>
      <w:r>
        <w:rPr>
          <w:i/>
          <w:sz w:val="16"/>
        </w:rPr>
        <w:t xml:space="preserve"> datum</w:t>
      </w:r>
    </w:p>
    <w:p w14:paraId="184FF47A" w14:textId="77777777" w:rsidR="00654C4D" w:rsidRDefault="00000000">
      <w:proofErr w:type="spellStart"/>
      <w:r>
        <w:t>Potpis</w:t>
      </w:r>
      <w:proofErr w:type="spellEnd"/>
      <w:r>
        <w:t xml:space="preserve"> (</w:t>
      </w:r>
      <w:proofErr w:type="spellStart"/>
      <w:r>
        <w:t>samo</w:t>
      </w:r>
      <w:proofErr w:type="spellEnd"/>
      <w:r>
        <w:t xml:space="preserve"> </w:t>
      </w:r>
      <w:proofErr w:type="spellStart"/>
      <w:r>
        <w:t>ako</w:t>
      </w:r>
      <w:proofErr w:type="spellEnd"/>
      <w:r>
        <w:t xml:space="preserve"> se </w:t>
      </w:r>
      <w:proofErr w:type="spellStart"/>
      <w:r>
        <w:t>obrazac</w:t>
      </w:r>
      <w:proofErr w:type="spellEnd"/>
      <w:r>
        <w:t xml:space="preserve"> </w:t>
      </w:r>
      <w:proofErr w:type="spellStart"/>
      <w:r>
        <w:t>šalje</w:t>
      </w:r>
      <w:proofErr w:type="spellEnd"/>
      <w:r>
        <w:t xml:space="preserve"> </w:t>
      </w:r>
      <w:proofErr w:type="spellStart"/>
      <w:r>
        <w:t>na</w:t>
      </w:r>
      <w:proofErr w:type="spellEnd"/>
      <w:r>
        <w:t xml:space="preserve"> </w:t>
      </w:r>
      <w:proofErr w:type="spellStart"/>
      <w:r>
        <w:t>papiru</w:t>
      </w:r>
      <w:proofErr w:type="spellEnd"/>
      <w:r>
        <w:t>): __________________________</w:t>
      </w:r>
      <w:r w:rsidR="00840A0E">
        <w:t>______</w:t>
      </w:r>
      <w:r>
        <w:t>____</w:t>
      </w:r>
      <w:r>
        <w:rPr>
          <w:i/>
          <w:sz w:val="16"/>
        </w:rPr>
        <w:br/>
      </w:r>
      <w:r w:rsidR="00840A0E">
        <w:rPr>
          <w:i/>
          <w:sz w:val="16"/>
        </w:rPr>
        <w:t xml:space="preserve">                                                                                                                  </w:t>
      </w:r>
      <w:r>
        <w:rPr>
          <w:i/>
          <w:sz w:val="16"/>
        </w:rPr>
        <w:t xml:space="preserve">↳ </w:t>
      </w:r>
      <w:proofErr w:type="spellStart"/>
      <w:r>
        <w:rPr>
          <w:i/>
          <w:sz w:val="16"/>
        </w:rPr>
        <w:t>potpis</w:t>
      </w:r>
      <w:proofErr w:type="spellEnd"/>
      <w:r>
        <w:rPr>
          <w:i/>
          <w:sz w:val="16"/>
        </w:rPr>
        <w:t xml:space="preserve"> </w:t>
      </w:r>
      <w:proofErr w:type="spellStart"/>
      <w:r>
        <w:rPr>
          <w:i/>
          <w:sz w:val="16"/>
        </w:rPr>
        <w:t>samo</w:t>
      </w:r>
      <w:proofErr w:type="spellEnd"/>
      <w:r>
        <w:rPr>
          <w:i/>
          <w:sz w:val="16"/>
        </w:rPr>
        <w:t xml:space="preserve"> </w:t>
      </w:r>
      <w:proofErr w:type="spellStart"/>
      <w:r>
        <w:rPr>
          <w:i/>
          <w:sz w:val="16"/>
        </w:rPr>
        <w:t>ako</w:t>
      </w:r>
      <w:proofErr w:type="spellEnd"/>
      <w:r>
        <w:rPr>
          <w:i/>
          <w:sz w:val="16"/>
        </w:rPr>
        <w:t xml:space="preserve"> se obrazac šalje na papiru</w:t>
      </w:r>
    </w:p>
    <w:p w14:paraId="4E629FCC" w14:textId="77777777" w:rsidR="00654C4D" w:rsidRDefault="00000000">
      <w:pPr>
        <w:pStyle w:val="Izvor"/>
      </w:pPr>
      <w:r>
        <w:t>IZVOR: Zakon o zaštiti potrošača, NN 19/22, 59/23, 59/26 (važeći tekst i prijelazne odredbe): https://narodne-novine.nn.hr/clanci/sluzbeni/2022_02_19_203.html</w:t>
      </w:r>
    </w:p>
    <w:p w14:paraId="389926C8" w14:textId="77777777" w:rsidR="00654C4D" w:rsidRDefault="00000000">
      <w:pPr>
        <w:pStyle w:val="Naslov2"/>
        <w:pageBreakBefore/>
      </w:pPr>
      <w:r>
        <w:rPr>
          <w:rFonts w:ascii="Montserrat" w:eastAsia="Montserrat" w:hAnsi="Montserrat" w:cs="Montserrat"/>
        </w:rPr>
        <w:lastRenderedPageBreak/>
        <w:t>7. Obavijest o pisanom prigovoru</w:t>
      </w:r>
    </w:p>
    <w:p w14:paraId="6671A00B" w14:textId="77777777" w:rsidR="00654C4D" w:rsidRDefault="00000000">
      <w:r>
        <w:t>Pisani prigovor možete podnijeti na adresu ______________________________ ili e-poštom na ______________________________, te drugim propisanim putem kada je primjenjivo.</w:t>
      </w:r>
      <w:r>
        <w:rPr>
          <w:i/>
          <w:sz w:val="16"/>
        </w:rPr>
        <w:br/>
        <w:t>↳ upiši adresu</w:t>
      </w:r>
      <w:r>
        <w:rPr>
          <w:i/>
          <w:sz w:val="16"/>
        </w:rPr>
        <w:br/>
        <w:t>↳ upiši e-poštu na koju ti se kupac može javiti</w:t>
      </w:r>
    </w:p>
    <w:p w14:paraId="3015BA96" w14:textId="77777777" w:rsidR="00654C4D" w:rsidRDefault="00000000">
      <w:r>
        <w:t>Na pisani prigovor odgovorit ćemo u pisanom obliku u roku od 15 dana od dana zaprimanja, jasno navodeći prihvaćamo li osnovanost prigovora. Evidenciju pisanih prigovora čuvamo na trajnom mediju godinu dana od dana primitka prigovora.</w:t>
      </w:r>
    </w:p>
    <w:p w14:paraId="4CA3D83F" w14:textId="77777777" w:rsidR="00654C4D" w:rsidRDefault="00000000">
      <w:r>
        <w:t>Molimo navedite podatke potrebne za identifikaciju kupnje i opis problema; ne tražimo podatke koji nisu potrebni.</w:t>
      </w:r>
    </w:p>
    <w:p w14:paraId="44ABB4DD" w14:textId="77777777" w:rsidR="00654C4D" w:rsidRDefault="00000000">
      <w:pPr>
        <w:pStyle w:val="Izvor"/>
      </w:pPr>
      <w:r>
        <w:t>SLUŽBENI IZVOR: Zakon o zaštiti potrošača, čl. 10.: https://narodne-novine.nn.hr/clanci/sluzbeni/2022_02_19_203.html ; izmjene NN 59/26: https://narodne-novine.nn.hr/clanci/sluzbeni/2026_06_59_728.html</w:t>
      </w:r>
    </w:p>
    <w:p w14:paraId="0A46632C" w14:textId="77777777" w:rsidR="00654C4D" w:rsidRDefault="00000000">
      <w:pPr>
        <w:pStyle w:val="Naslov2"/>
        <w:pageBreakBefore/>
      </w:pPr>
      <w:r>
        <w:rPr>
          <w:rFonts w:ascii="Montserrat" w:hAnsi="Montserrat"/>
        </w:rPr>
        <w:lastRenderedPageBreak/>
        <w:t>8. Radni predložak za izradu obavijesti o privatnosti</w:t>
      </w:r>
    </w:p>
    <w:p w14:paraId="49573D24" w14:textId="5A506E00" w:rsidR="00B731D9" w:rsidRDefault="00000000">
      <w:pPr>
        <w:pStyle w:val="Naslov2"/>
      </w:pPr>
      <w:r>
        <w:rPr>
          <w:rFonts w:ascii="Montserrat" w:hAnsi="Montserrat"/>
          <w:color w:val="E47D2B"/>
        </w:rPr>
        <w:t xml:space="preserve">OVO TI MOŽDA NE TREBA </w:t>
      </w:r>
      <w:r>
        <w:rPr>
          <w:rFonts w:ascii="Montserrat" w:hAnsi="Montserrat"/>
          <w:color w:val="E47D2B"/>
        </w:rPr>
        <w:br/>
        <w:t>Ovo nije univerzalna gotova politika privatnosti. Ispuni je prema stvarnim podacima, alatima, primateljima i rokovima koje koristiš. Ako koristiš newsletter, analitiku, piksele, automatizaciju, platforme izvan EGP-a ili druge dodatne obrade, obavijest treba proširiti.</w:t>
      </w:r>
    </w:p>
    <w:p w14:paraId="32D163B9" w14:textId="77777777" w:rsidR="00B731D9" w:rsidRDefault="00B731D9"/>
    <w:p w14:paraId="25EB7B49" w14:textId="77777777" w:rsidR="00654C4D" w:rsidRDefault="00000000">
      <w:r>
        <w:t>VODITELJ OBRADE I KONTAKT: _______________________________________________.</w:t>
      </w:r>
    </w:p>
    <w:p w14:paraId="55E57982" w14:textId="77777777" w:rsidR="00654C4D" w:rsidRDefault="00000000">
      <w:r>
        <w:t>SVRHE OBRADE: upiti i komunikacija; izrada ponude i sklapanje/izvršenje ugovora; naplata i računovodstvene obveze; isporuka; rješavanje prigovora i ostvarivanje pravnih zahtjeva; marketing samo kada za njega postoji odgovarajuća pravna osnova.</w:t>
      </w:r>
    </w:p>
    <w:p w14:paraId="5F734FD5" w14:textId="77777777" w:rsidR="00654C4D" w:rsidRDefault="00000000">
      <w:r>
        <w:t>PRAVNE OSNOVE PO SVRSI: _______________________________________________.</w:t>
      </w:r>
    </w:p>
    <w:p w14:paraId="65CA95E3" w14:textId="77777777" w:rsidR="00654C4D" w:rsidRDefault="00000000">
      <w:r>
        <w:t>PRIMATELJI / KATEGORIJE PRIMATELJA: _______________________________________________.</w:t>
      </w:r>
    </w:p>
    <w:p w14:paraId="27E51ACE" w14:textId="77777777" w:rsidR="00654C4D" w:rsidRDefault="00000000">
      <w:r>
        <w:t>ROKOVI ČUVANJA ILI KRITERIJI ZA NJIHOVO ODREĐIVANJE: _______________________________________________.</w:t>
      </w:r>
    </w:p>
    <w:p w14:paraId="1B42158C" w14:textId="77777777" w:rsidR="00654C4D" w:rsidRDefault="00000000">
      <w:r>
        <w:t>PRAVA ISPITANIKA: ovisno o pravnoj osnovi i okolnostima obrade, ispitanik može imati pravo na pristup, ispravak, brisanje, ograničenje obrade, prenosivost podataka, prigovor te pravo povući privolu kada se obrada temelji na privoli. U obavijesti navedi samo prava i uvjete koji su primjenjivi na tvoju obradu.</w:t>
      </w:r>
    </w:p>
    <w:p w14:paraId="514164FD" w14:textId="77777777" w:rsidR="00654C4D" w:rsidRDefault="00000000">
      <w:r>
        <w:t>KONTAKT ZA OSTVARIVANJE PRAVA: _______________________________________________.</w:t>
      </w:r>
    </w:p>
    <w:p w14:paraId="54CC228A" w14:textId="77777777" w:rsidR="00654C4D" w:rsidRDefault="00000000">
      <w:r>
        <w:t>DODATNO: navedi, kada je primjenjivo, kontakt službenika za zaštitu podataka, legitimne interese, prijenose podataka izvan EGP-a, obveznost davanja podataka i posljedice nedavanja, automatizirano donošenje odluka/profiliranje te pravo podnošenja pritužbe nadzornom tijelu.</w:t>
      </w:r>
    </w:p>
    <w:p w14:paraId="3655DFCD" w14:textId="77777777" w:rsidR="00654C4D" w:rsidRDefault="00000000">
      <w:pPr>
        <w:pStyle w:val="Izvor"/>
      </w:pPr>
      <w:r>
        <w:t>SLUŽBENI IZVOR: Uredba (EU) 2016/679 (GDPR), osobito čl. 5., 6. i 13.: https://eur-lex.europa.eu/eli/reg/2016/679/oj?locale=hr</w:t>
      </w:r>
    </w:p>
    <w:p w14:paraId="177782E2" w14:textId="77777777" w:rsidR="00654C4D" w:rsidRDefault="00000000">
      <w:pPr>
        <w:pStyle w:val="Naslov2"/>
        <w:pageBreakBefore/>
      </w:pPr>
      <w:r>
        <w:rPr>
          <w:rFonts w:ascii="Montserrat" w:eastAsia="Montserrat" w:hAnsi="Montserrat" w:cs="Montserrat"/>
        </w:rPr>
        <w:lastRenderedPageBreak/>
        <w:t>9. Interna tablica elemenata cijene</w:t>
      </w:r>
    </w:p>
    <w:p w14:paraId="5EE4CF8C" w14:textId="77777777" w:rsidR="00654C4D" w:rsidRDefault="00000000">
      <w:r>
        <w:t>Stavka | Jedinica | Aktualna cijena | Referentna cijena i datum (ako je primjenjivo)</w:t>
      </w:r>
    </w:p>
    <w:p w14:paraId="0AFB1796" w14:textId="77777777" w:rsidR="00654C4D" w:rsidRDefault="00000000">
      <w:r>
        <w:t>Osnovni proizvod/materijal | kom | ______________________________ | ______________________________</w:t>
      </w:r>
      <w:r>
        <w:rPr>
          <w:i/>
          <w:sz w:val="16"/>
        </w:rPr>
        <w:br/>
        <w:t>↳ upiši podatak koji se odnosi na tvoje poslovanje</w:t>
      </w:r>
    </w:p>
    <w:p w14:paraId="5DC49448" w14:textId="77777777" w:rsidR="00654C4D" w:rsidRDefault="00000000">
      <w:r>
        <w:t>Rad | sat | ______________________________ | ______________________________</w:t>
      </w:r>
      <w:r>
        <w:rPr>
          <w:i/>
          <w:sz w:val="16"/>
        </w:rPr>
        <w:br/>
        <w:t>↳ upiši podatak koji se odnosi na tvoje poslovanje</w:t>
      </w:r>
    </w:p>
    <w:p w14:paraId="5979703C" w14:textId="77777777" w:rsidR="00654C4D" w:rsidRDefault="00000000">
      <w:r>
        <w:t>Personalizacija | kom/znak | ______________________________ | ______________________________</w:t>
      </w:r>
      <w:r>
        <w:rPr>
          <w:i/>
          <w:sz w:val="16"/>
        </w:rPr>
        <w:br/>
        <w:t>↳ upiši podatak koji se odnosi na tvoje poslovanje</w:t>
      </w:r>
    </w:p>
    <w:p w14:paraId="22D3A516" w14:textId="77777777" w:rsidR="00654C4D" w:rsidRDefault="00000000">
      <w:r>
        <w:t>Dodaci | kom | ______________________________ | ______________________________</w:t>
      </w:r>
      <w:r>
        <w:rPr>
          <w:i/>
          <w:sz w:val="16"/>
        </w:rPr>
        <w:br/>
        <w:t>↳ upiši podatak koji se odnosi na tvoje poslovanje</w:t>
      </w:r>
    </w:p>
    <w:p w14:paraId="2C70F710" w14:textId="77777777" w:rsidR="00654C4D" w:rsidRDefault="00000000">
      <w:r>
        <w:t>Dostava | pošiljka | ______________________________ | ______________________________</w:t>
      </w:r>
      <w:r>
        <w:rPr>
          <w:i/>
          <w:sz w:val="16"/>
        </w:rPr>
        <w:br/>
        <w:t>↳ upiši podatak koji se odnosi na tvoje poslovanje</w:t>
      </w:r>
    </w:p>
    <w:p w14:paraId="04C2F1E4" w14:textId="77777777" w:rsidR="00654C4D" w:rsidRDefault="00000000">
      <w:r>
        <w:t>Napomena: tablica služi za kalkulaciju; ne zamjenjuje sve obvezne podatke budućeg digitalnog cjenika.</w:t>
      </w:r>
    </w:p>
    <w:p w14:paraId="45C65979" w14:textId="77777777" w:rsidR="00654C4D" w:rsidRDefault="00000000">
      <w:pPr>
        <w:pStyle w:val="Izvor"/>
      </w:pPr>
      <w:r>
        <w:t>IZVOR: Zakon o zaštiti potrošača, NN 19/22, 59/23, 59/26 (važeći tekst i prijelazne odredbe): https://narodne-novine.nn.hr/clanci/sluzbeni/2022_02_19_203.html | Ministarstvo gospodarstva – službena pojašnjenja dodatne cijene i cjenika: https://mingo.gov.hr/print.aspx?id=10440&amp;url=print</w:t>
      </w:r>
    </w:p>
    <w:p w14:paraId="65633FC9" w14:textId="77777777" w:rsidR="00654C4D" w:rsidRDefault="00000000">
      <w:pPr>
        <w:pStyle w:val="Naslov2"/>
        <w:pageBreakBefore/>
      </w:pPr>
      <w:r>
        <w:rPr>
          <w:rFonts w:ascii="Montserrat" w:eastAsia="Montserrat" w:hAnsi="Montserrat" w:cs="Montserrat"/>
        </w:rPr>
        <w:lastRenderedPageBreak/>
        <w:t>10. Ponuda za radionicu ili uslugu na termin</w:t>
      </w:r>
    </w:p>
    <w:p w14:paraId="2B92F124" w14:textId="77777777" w:rsidR="00654C4D" w:rsidRDefault="00000000">
      <w:proofErr w:type="spellStart"/>
      <w:r>
        <w:t>Naziv</w:t>
      </w:r>
      <w:proofErr w:type="spellEnd"/>
      <w:r>
        <w:t>: _____________________</w:t>
      </w:r>
      <w:r w:rsidR="00DB3239">
        <w:t>________________________________________________________</w:t>
      </w:r>
      <w:r>
        <w:t>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naziv</w:t>
      </w:r>
      <w:proofErr w:type="spellEnd"/>
      <w:r>
        <w:rPr>
          <w:i/>
          <w:sz w:val="16"/>
        </w:rPr>
        <w:t xml:space="preserve"> </w:t>
      </w:r>
      <w:proofErr w:type="spellStart"/>
      <w:r>
        <w:rPr>
          <w:i/>
          <w:sz w:val="16"/>
        </w:rPr>
        <w:t>radionice</w:t>
      </w:r>
      <w:proofErr w:type="spellEnd"/>
      <w:r>
        <w:rPr>
          <w:i/>
          <w:sz w:val="16"/>
        </w:rPr>
        <w:t xml:space="preserve"> </w:t>
      </w:r>
      <w:proofErr w:type="spellStart"/>
      <w:r>
        <w:rPr>
          <w:i/>
          <w:sz w:val="16"/>
        </w:rPr>
        <w:t>ili</w:t>
      </w:r>
      <w:proofErr w:type="spellEnd"/>
      <w:r>
        <w:rPr>
          <w:i/>
          <w:sz w:val="16"/>
        </w:rPr>
        <w:t xml:space="preserve"> </w:t>
      </w:r>
      <w:proofErr w:type="spellStart"/>
      <w:r>
        <w:rPr>
          <w:i/>
          <w:sz w:val="16"/>
        </w:rPr>
        <w:t>usluge</w:t>
      </w:r>
      <w:proofErr w:type="spellEnd"/>
    </w:p>
    <w:p w14:paraId="3F39B3DE" w14:textId="77777777" w:rsidR="00654C4D" w:rsidRDefault="00000000">
      <w:r>
        <w:t xml:space="preserve">Datum </w:t>
      </w:r>
      <w:proofErr w:type="spellStart"/>
      <w:r>
        <w:t>i</w:t>
      </w:r>
      <w:proofErr w:type="spellEnd"/>
      <w:r>
        <w:t xml:space="preserve"> </w:t>
      </w:r>
      <w:proofErr w:type="spellStart"/>
      <w:r>
        <w:t>vrijeme</w:t>
      </w:r>
      <w:proofErr w:type="spellEnd"/>
      <w:r>
        <w:t xml:space="preserve">: ______________________________; </w:t>
      </w:r>
      <w:proofErr w:type="spellStart"/>
      <w:r>
        <w:t>mjesto</w:t>
      </w:r>
      <w:proofErr w:type="spellEnd"/>
      <w:r>
        <w:t>/online: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datum </w:t>
      </w:r>
      <w:proofErr w:type="spellStart"/>
      <w:r>
        <w:rPr>
          <w:i/>
          <w:sz w:val="16"/>
        </w:rPr>
        <w:t>i</w:t>
      </w:r>
      <w:proofErr w:type="spellEnd"/>
      <w:r>
        <w:rPr>
          <w:i/>
          <w:sz w:val="16"/>
        </w:rPr>
        <w:t xml:space="preserve"> </w:t>
      </w:r>
      <w:proofErr w:type="spellStart"/>
      <w:r>
        <w:rPr>
          <w:i/>
          <w:sz w:val="16"/>
        </w:rPr>
        <w:t>vrijeme</w:t>
      </w:r>
      <w:proofErr w:type="spellEnd"/>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mjesto</w:t>
      </w:r>
      <w:proofErr w:type="spellEnd"/>
      <w:r>
        <w:rPr>
          <w:i/>
          <w:sz w:val="16"/>
        </w:rPr>
        <w:t xml:space="preserve"> </w:t>
      </w:r>
      <w:proofErr w:type="spellStart"/>
      <w:r>
        <w:rPr>
          <w:i/>
          <w:sz w:val="16"/>
        </w:rPr>
        <w:t>održavanja</w:t>
      </w:r>
      <w:proofErr w:type="spellEnd"/>
      <w:r>
        <w:rPr>
          <w:i/>
          <w:sz w:val="16"/>
        </w:rPr>
        <w:t xml:space="preserve"> </w:t>
      </w:r>
      <w:proofErr w:type="spellStart"/>
      <w:r>
        <w:rPr>
          <w:i/>
          <w:sz w:val="16"/>
        </w:rPr>
        <w:t>ili</w:t>
      </w:r>
      <w:proofErr w:type="spellEnd"/>
      <w:r>
        <w:rPr>
          <w:i/>
          <w:sz w:val="16"/>
        </w:rPr>
        <w:t xml:space="preserve"> označi da je online</w:t>
      </w:r>
    </w:p>
    <w:p w14:paraId="23B6118F" w14:textId="77777777" w:rsidR="00654C4D" w:rsidRDefault="00000000">
      <w:proofErr w:type="spellStart"/>
      <w:r>
        <w:t>Trajanje</w:t>
      </w:r>
      <w:proofErr w:type="spellEnd"/>
      <w:r>
        <w:t xml:space="preserve">: ______________________________; </w:t>
      </w:r>
      <w:proofErr w:type="spellStart"/>
      <w:r>
        <w:t>uključeno</w:t>
      </w:r>
      <w:proofErr w:type="spellEnd"/>
      <w:r>
        <w:t>: ___________________________</w:t>
      </w:r>
      <w:r w:rsidR="00DB3239">
        <w:t>____________</w:t>
      </w:r>
      <w:r>
        <w:t>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trajanje</w:t>
      </w:r>
      <w:proofErr w:type="spellEnd"/>
      <w:r w:rsidR="00DB3239">
        <w:rPr>
          <w:i/>
          <w:sz w:val="16"/>
        </w:rPr>
        <w:t xml:space="preserve">                                                                    </w:t>
      </w:r>
      <w:r>
        <w:rPr>
          <w:i/>
          <w:sz w:val="16"/>
        </w:rPr>
        <w:t xml:space="preserve">↳ </w:t>
      </w:r>
      <w:proofErr w:type="spellStart"/>
      <w:r>
        <w:rPr>
          <w:i/>
          <w:sz w:val="16"/>
        </w:rPr>
        <w:t>navedi</w:t>
      </w:r>
      <w:proofErr w:type="spellEnd"/>
      <w:r>
        <w:rPr>
          <w:i/>
          <w:sz w:val="16"/>
        </w:rPr>
        <w:t xml:space="preserve"> </w:t>
      </w:r>
      <w:proofErr w:type="spellStart"/>
      <w:r>
        <w:rPr>
          <w:i/>
          <w:sz w:val="16"/>
        </w:rPr>
        <w:t>što</w:t>
      </w:r>
      <w:proofErr w:type="spellEnd"/>
      <w:r>
        <w:rPr>
          <w:i/>
          <w:sz w:val="16"/>
        </w:rPr>
        <w:t xml:space="preserve"> je </w:t>
      </w:r>
      <w:proofErr w:type="spellStart"/>
      <w:r>
        <w:rPr>
          <w:i/>
          <w:sz w:val="16"/>
        </w:rPr>
        <w:t>uključeno</w:t>
      </w:r>
      <w:proofErr w:type="spellEnd"/>
      <w:r>
        <w:rPr>
          <w:i/>
          <w:sz w:val="16"/>
        </w:rPr>
        <w:t xml:space="preserve"> u cijenu</w:t>
      </w:r>
    </w:p>
    <w:p w14:paraId="1ACC607C" w14:textId="77777777" w:rsidR="00654C4D" w:rsidRDefault="00000000">
      <w:proofErr w:type="spellStart"/>
      <w:r>
        <w:t>Cijena</w:t>
      </w:r>
      <w:proofErr w:type="spellEnd"/>
      <w:r>
        <w:t xml:space="preserve"> </w:t>
      </w:r>
      <w:proofErr w:type="spellStart"/>
      <w:r>
        <w:t>i</w:t>
      </w:r>
      <w:proofErr w:type="spellEnd"/>
      <w:r>
        <w:t xml:space="preserve"> </w:t>
      </w:r>
      <w:proofErr w:type="spellStart"/>
      <w:r>
        <w:t>dodatni</w:t>
      </w:r>
      <w:proofErr w:type="spellEnd"/>
      <w:r>
        <w:t xml:space="preserve"> </w:t>
      </w:r>
      <w:proofErr w:type="spellStart"/>
      <w:r>
        <w:t>troškovi</w:t>
      </w:r>
      <w:proofErr w:type="spellEnd"/>
      <w:r>
        <w:t>: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cijenu</w:t>
      </w:r>
      <w:proofErr w:type="spellEnd"/>
      <w:r>
        <w:rPr>
          <w:i/>
          <w:sz w:val="16"/>
        </w:rPr>
        <w:t xml:space="preserve"> </w:t>
      </w:r>
      <w:proofErr w:type="spellStart"/>
      <w:r>
        <w:rPr>
          <w:i/>
          <w:sz w:val="16"/>
        </w:rPr>
        <w:t>ili</w:t>
      </w:r>
      <w:proofErr w:type="spellEnd"/>
      <w:r>
        <w:rPr>
          <w:i/>
          <w:sz w:val="16"/>
        </w:rPr>
        <w:t xml:space="preserve"> </w:t>
      </w:r>
      <w:proofErr w:type="spellStart"/>
      <w:r>
        <w:rPr>
          <w:i/>
          <w:sz w:val="16"/>
        </w:rPr>
        <w:t>jasan</w:t>
      </w:r>
      <w:proofErr w:type="spellEnd"/>
      <w:r>
        <w:rPr>
          <w:i/>
          <w:sz w:val="16"/>
        </w:rPr>
        <w:t xml:space="preserve"> način izračuna</w:t>
      </w:r>
    </w:p>
    <w:p w14:paraId="2D9E3E1A" w14:textId="77777777" w:rsidR="00654C4D" w:rsidRDefault="00000000">
      <w:proofErr w:type="spellStart"/>
      <w:r>
        <w:t>Prijave</w:t>
      </w:r>
      <w:proofErr w:type="spellEnd"/>
      <w:r>
        <w:t xml:space="preserve">: ______________________________; </w:t>
      </w:r>
      <w:proofErr w:type="spellStart"/>
      <w:r>
        <w:t>nakon</w:t>
      </w:r>
      <w:proofErr w:type="spellEnd"/>
      <w:r>
        <w:t xml:space="preserve"> </w:t>
      </w:r>
      <w:proofErr w:type="spellStart"/>
      <w:r>
        <w:t>upita</w:t>
      </w:r>
      <w:proofErr w:type="spellEnd"/>
      <w:r>
        <w:t xml:space="preserve"> </w:t>
      </w:r>
      <w:proofErr w:type="spellStart"/>
      <w:r>
        <w:t>šaljemo</w:t>
      </w:r>
      <w:proofErr w:type="spellEnd"/>
      <w:r>
        <w:t xml:space="preserve">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kako</w:t>
      </w:r>
      <w:proofErr w:type="spellEnd"/>
      <w:r>
        <w:rPr>
          <w:i/>
          <w:sz w:val="16"/>
        </w:rPr>
        <w:t xml:space="preserve"> se </w:t>
      </w:r>
      <w:proofErr w:type="spellStart"/>
      <w:r>
        <w:rPr>
          <w:i/>
          <w:sz w:val="16"/>
        </w:rPr>
        <w:t>kupac</w:t>
      </w:r>
      <w:proofErr w:type="spellEnd"/>
      <w:r>
        <w:rPr>
          <w:i/>
          <w:sz w:val="16"/>
        </w:rPr>
        <w:t xml:space="preserve"> </w:t>
      </w:r>
      <w:proofErr w:type="spellStart"/>
      <w:r>
        <w:rPr>
          <w:i/>
          <w:sz w:val="16"/>
        </w:rPr>
        <w:t>prijavljuje</w:t>
      </w:r>
      <w:proofErr w:type="spellEnd"/>
      <w:r>
        <w:rPr>
          <w:i/>
          <w:sz w:val="16"/>
        </w:rPr>
        <w:t xml:space="preserve"> </w:t>
      </w:r>
      <w:proofErr w:type="spellStart"/>
      <w:r>
        <w:rPr>
          <w:i/>
          <w:sz w:val="16"/>
        </w:rPr>
        <w:t>i</w:t>
      </w:r>
      <w:proofErr w:type="spellEnd"/>
      <w:r>
        <w:rPr>
          <w:i/>
          <w:sz w:val="16"/>
        </w:rPr>
        <w:t xml:space="preserve"> do </w:t>
      </w:r>
      <w:proofErr w:type="spellStart"/>
      <w:r>
        <w:rPr>
          <w:i/>
          <w:sz w:val="16"/>
        </w:rPr>
        <w:t>kada</w:t>
      </w:r>
      <w:proofErr w:type="spellEnd"/>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što</w:t>
      </w:r>
      <w:proofErr w:type="spellEnd"/>
      <w:r>
        <w:rPr>
          <w:i/>
          <w:sz w:val="16"/>
        </w:rPr>
        <w:t xml:space="preserve"> </w:t>
      </w:r>
      <w:proofErr w:type="spellStart"/>
      <w:r>
        <w:rPr>
          <w:i/>
          <w:sz w:val="16"/>
        </w:rPr>
        <w:t>kupcu</w:t>
      </w:r>
      <w:proofErr w:type="spellEnd"/>
      <w:r>
        <w:rPr>
          <w:i/>
          <w:sz w:val="16"/>
        </w:rPr>
        <w:t xml:space="preserve"> </w:t>
      </w:r>
      <w:proofErr w:type="spellStart"/>
      <w:r>
        <w:rPr>
          <w:i/>
          <w:sz w:val="16"/>
        </w:rPr>
        <w:t>šalješ</w:t>
      </w:r>
      <w:proofErr w:type="spellEnd"/>
      <w:r>
        <w:rPr>
          <w:i/>
          <w:sz w:val="16"/>
        </w:rPr>
        <w:t xml:space="preserve"> nakon prijave</w:t>
      </w:r>
    </w:p>
    <w:p w14:paraId="2AC1491B" w14:textId="77777777" w:rsidR="00654C4D" w:rsidRDefault="00000000">
      <w:proofErr w:type="spellStart"/>
      <w:r>
        <w:t>Pravo</w:t>
      </w:r>
      <w:proofErr w:type="spellEnd"/>
      <w:r>
        <w:t xml:space="preserve"> na raskid: __________________</w:t>
      </w:r>
      <w:r w:rsidR="00DB3239">
        <w:t>_____________</w:t>
      </w:r>
      <w:r>
        <w:t>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pravilo</w:t>
      </w:r>
      <w:proofErr w:type="spellEnd"/>
      <w:r>
        <w:rPr>
          <w:i/>
          <w:sz w:val="16"/>
        </w:rPr>
        <w:t xml:space="preserve"> o </w:t>
      </w:r>
      <w:proofErr w:type="spellStart"/>
      <w:r>
        <w:rPr>
          <w:i/>
          <w:sz w:val="16"/>
        </w:rPr>
        <w:t>raskidu</w:t>
      </w:r>
      <w:proofErr w:type="spellEnd"/>
      <w:r>
        <w:rPr>
          <w:i/>
          <w:sz w:val="16"/>
        </w:rPr>
        <w:t xml:space="preserve"> koje vrijedi baš za ovu uslugu</w:t>
      </w:r>
    </w:p>
    <w:p w14:paraId="541E6C98" w14:textId="77777777" w:rsidR="00654C4D" w:rsidRDefault="00000000">
      <w:proofErr w:type="spellStart"/>
      <w:r>
        <w:t>Uvjeti</w:t>
      </w:r>
      <w:proofErr w:type="spellEnd"/>
      <w:r>
        <w:t xml:space="preserve"> </w:t>
      </w:r>
      <w:proofErr w:type="spellStart"/>
      <w:r>
        <w:t>otkazivanja</w:t>
      </w:r>
      <w:proofErr w:type="spellEnd"/>
      <w:r>
        <w:t xml:space="preserve"> </w:t>
      </w:r>
      <w:proofErr w:type="spellStart"/>
      <w:r>
        <w:t>i</w:t>
      </w:r>
      <w:proofErr w:type="spellEnd"/>
      <w:r>
        <w:t xml:space="preserve"> promjene termina: _________________________</w:t>
      </w:r>
      <w:r w:rsidR="00DB3239">
        <w:t>_____________</w:t>
      </w:r>
      <w:r>
        <w:t>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svoje</w:t>
      </w:r>
      <w:proofErr w:type="spellEnd"/>
      <w:r>
        <w:rPr>
          <w:i/>
          <w:sz w:val="16"/>
        </w:rPr>
        <w:t xml:space="preserve"> </w:t>
      </w:r>
      <w:proofErr w:type="spellStart"/>
      <w:r>
        <w:rPr>
          <w:i/>
          <w:sz w:val="16"/>
        </w:rPr>
        <w:t>uvjete</w:t>
      </w:r>
      <w:proofErr w:type="spellEnd"/>
      <w:r>
        <w:rPr>
          <w:i/>
          <w:sz w:val="16"/>
        </w:rPr>
        <w:t xml:space="preserve"> </w:t>
      </w:r>
      <w:proofErr w:type="spellStart"/>
      <w:r>
        <w:rPr>
          <w:i/>
          <w:sz w:val="16"/>
        </w:rPr>
        <w:t>otkazivanja</w:t>
      </w:r>
      <w:proofErr w:type="spellEnd"/>
      <w:r>
        <w:rPr>
          <w:i/>
          <w:sz w:val="16"/>
        </w:rPr>
        <w:t>/</w:t>
      </w:r>
      <w:proofErr w:type="spellStart"/>
      <w:r>
        <w:rPr>
          <w:i/>
          <w:sz w:val="16"/>
        </w:rPr>
        <w:t>promjene</w:t>
      </w:r>
      <w:proofErr w:type="spellEnd"/>
      <w:r>
        <w:rPr>
          <w:i/>
          <w:sz w:val="16"/>
        </w:rPr>
        <w:t xml:space="preserve"> termina</w:t>
      </w:r>
    </w:p>
    <w:p w14:paraId="2E38F09E" w14:textId="77777777" w:rsidR="00654C4D" w:rsidRDefault="00000000">
      <w:r>
        <w:t>Organizator i kontakt: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tražene</w:t>
      </w:r>
      <w:proofErr w:type="spellEnd"/>
      <w:r>
        <w:rPr>
          <w:i/>
          <w:sz w:val="16"/>
        </w:rPr>
        <w:t xml:space="preserve"> </w:t>
      </w:r>
      <w:proofErr w:type="spellStart"/>
      <w:r>
        <w:rPr>
          <w:i/>
          <w:sz w:val="16"/>
        </w:rPr>
        <w:t>podatke</w:t>
      </w:r>
      <w:proofErr w:type="spellEnd"/>
    </w:p>
    <w:p w14:paraId="5973985E" w14:textId="77777777" w:rsidR="00654C4D" w:rsidRDefault="00000000">
      <w:pPr>
        <w:pStyle w:val="Izvor"/>
      </w:pPr>
      <w:r>
        <w:t>IZVOR: Zakon o zaštiti potrošača, NN 19/22, 59/23, 59/26 (važeći tekst i prijelazne odredbe): https://narodne-novine.nn.hr/clanci/sluzbeni/2022_02_19_203.html | Zakon o elektroničkoj trgovini (čl. 6., 7., 12.–14.): https://narodne-novine.nn.hr/clanci/sluzbeni/2003_10_173_2504.html</w:t>
      </w:r>
    </w:p>
    <w:p w14:paraId="42A9261D" w14:textId="77777777" w:rsidR="00654C4D" w:rsidRDefault="00000000">
      <w:pPr>
        <w:pStyle w:val="Naslov2"/>
        <w:pageBreakBefore/>
      </w:pPr>
      <w:r>
        <w:rPr>
          <w:rFonts w:ascii="Montserrat" w:eastAsia="Montserrat" w:hAnsi="Montserrat" w:cs="Montserrat"/>
        </w:rPr>
        <w:lastRenderedPageBreak/>
        <w:t xml:space="preserve">11. </w:t>
      </w:r>
      <w:proofErr w:type="spellStart"/>
      <w:r>
        <w:rPr>
          <w:rFonts w:ascii="Montserrat" w:eastAsia="Montserrat" w:hAnsi="Montserrat" w:cs="Montserrat"/>
        </w:rPr>
        <w:t>Digitalni</w:t>
      </w:r>
      <w:proofErr w:type="spellEnd"/>
      <w:r>
        <w:rPr>
          <w:rFonts w:ascii="Montserrat" w:eastAsia="Montserrat" w:hAnsi="Montserrat" w:cs="Montserrat"/>
        </w:rPr>
        <w:t xml:space="preserve"> </w:t>
      </w:r>
      <w:proofErr w:type="spellStart"/>
      <w:r>
        <w:rPr>
          <w:rFonts w:ascii="Montserrat" w:eastAsia="Montserrat" w:hAnsi="Montserrat" w:cs="Montserrat"/>
        </w:rPr>
        <w:t>sadržaj</w:t>
      </w:r>
      <w:proofErr w:type="spellEnd"/>
      <w:r>
        <w:rPr>
          <w:rFonts w:ascii="Montserrat" w:eastAsia="Montserrat" w:hAnsi="Montserrat" w:cs="Montserrat"/>
        </w:rPr>
        <w:t xml:space="preserve"> </w:t>
      </w:r>
      <w:r w:rsidR="00DB3239">
        <w:rPr>
          <w:rFonts w:ascii="Montserrat" w:eastAsia="Montserrat" w:hAnsi="Montserrat" w:cs="Montserrat"/>
        </w:rPr>
        <w:t>-</w:t>
      </w:r>
      <w:r>
        <w:rPr>
          <w:rFonts w:ascii="Montserrat" w:eastAsia="Montserrat" w:hAnsi="Montserrat" w:cs="Montserrat"/>
        </w:rPr>
        <w:t xml:space="preserve"> </w:t>
      </w:r>
      <w:proofErr w:type="spellStart"/>
      <w:r>
        <w:rPr>
          <w:rFonts w:ascii="Montserrat" w:eastAsia="Montserrat" w:hAnsi="Montserrat" w:cs="Montserrat"/>
        </w:rPr>
        <w:t>pristanak</w:t>
      </w:r>
      <w:proofErr w:type="spellEnd"/>
      <w:r>
        <w:rPr>
          <w:rFonts w:ascii="Montserrat" w:eastAsia="Montserrat" w:hAnsi="Montserrat" w:cs="Montserrat"/>
        </w:rPr>
        <w:t xml:space="preserve"> za </w:t>
      </w:r>
      <w:proofErr w:type="spellStart"/>
      <w:r>
        <w:rPr>
          <w:rFonts w:ascii="Montserrat" w:eastAsia="Montserrat" w:hAnsi="Montserrat" w:cs="Montserrat"/>
        </w:rPr>
        <w:t>ranu</w:t>
      </w:r>
      <w:proofErr w:type="spellEnd"/>
      <w:r>
        <w:rPr>
          <w:rFonts w:ascii="Montserrat" w:eastAsia="Montserrat" w:hAnsi="Montserrat" w:cs="Montserrat"/>
        </w:rPr>
        <w:t xml:space="preserve"> </w:t>
      </w:r>
      <w:proofErr w:type="spellStart"/>
      <w:r>
        <w:rPr>
          <w:rFonts w:ascii="Montserrat" w:eastAsia="Montserrat" w:hAnsi="Montserrat" w:cs="Montserrat"/>
        </w:rPr>
        <w:t>isporuku</w:t>
      </w:r>
      <w:proofErr w:type="spellEnd"/>
    </w:p>
    <w:p w14:paraId="6E2809D0" w14:textId="77777777" w:rsidR="00654C4D" w:rsidRDefault="00000000">
      <w:proofErr w:type="spellStart"/>
      <w:r>
        <w:t>Proizvod</w:t>
      </w:r>
      <w:proofErr w:type="spellEnd"/>
      <w:r>
        <w:t>: ____________</w:t>
      </w:r>
      <w:r w:rsidR="00DB3239">
        <w:t>____________________________</w:t>
      </w:r>
      <w:r>
        <w:t>____</w:t>
      </w:r>
      <w:r w:rsidR="00DB3239">
        <w:t>___________________________</w:t>
      </w:r>
      <w:r>
        <w:t>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naziv</w:t>
      </w:r>
      <w:proofErr w:type="spellEnd"/>
      <w:r>
        <w:rPr>
          <w:i/>
          <w:sz w:val="16"/>
        </w:rPr>
        <w:t xml:space="preserve"> </w:t>
      </w:r>
      <w:proofErr w:type="spellStart"/>
      <w:r>
        <w:rPr>
          <w:i/>
          <w:sz w:val="16"/>
        </w:rPr>
        <w:t>i</w:t>
      </w:r>
      <w:proofErr w:type="spellEnd"/>
      <w:r>
        <w:rPr>
          <w:i/>
          <w:sz w:val="16"/>
        </w:rPr>
        <w:t xml:space="preserve"> format, </w:t>
      </w:r>
      <w:proofErr w:type="spellStart"/>
      <w:r>
        <w:rPr>
          <w:i/>
          <w:sz w:val="16"/>
        </w:rPr>
        <w:t>npr</w:t>
      </w:r>
      <w:proofErr w:type="spellEnd"/>
      <w:r>
        <w:rPr>
          <w:i/>
          <w:sz w:val="16"/>
        </w:rPr>
        <w:t>. PDF, video ili datoteka za preuzimanje</w:t>
      </w:r>
    </w:p>
    <w:p w14:paraId="110D6441" w14:textId="77777777" w:rsidR="00654C4D" w:rsidRDefault="00000000">
      <w:proofErr w:type="spellStart"/>
      <w:r>
        <w:t>Kompatibilnost</w:t>
      </w:r>
      <w:proofErr w:type="spellEnd"/>
      <w:r>
        <w:t>/</w:t>
      </w:r>
      <w:proofErr w:type="spellStart"/>
      <w:r>
        <w:t>funkcionalnost</w:t>
      </w:r>
      <w:proofErr w:type="spellEnd"/>
      <w:r>
        <w:t>: _____________________</w:t>
      </w:r>
      <w:r w:rsidR="00DB3239">
        <w:t>_________________________________</w:t>
      </w:r>
      <w:r>
        <w:t>_________</w:t>
      </w:r>
      <w:r>
        <w:rPr>
          <w:i/>
          <w:sz w:val="16"/>
        </w:rPr>
        <w:br/>
      </w:r>
      <w:r w:rsidR="00DB3239">
        <w:rPr>
          <w:i/>
          <w:sz w:val="16"/>
        </w:rPr>
        <w:t xml:space="preserve">                                                                                  </w:t>
      </w:r>
      <w:r>
        <w:rPr>
          <w:i/>
          <w:sz w:val="16"/>
        </w:rPr>
        <w:t xml:space="preserve">↳ </w:t>
      </w:r>
      <w:proofErr w:type="spellStart"/>
      <w:r>
        <w:rPr>
          <w:i/>
          <w:sz w:val="16"/>
        </w:rPr>
        <w:t>opiši</w:t>
      </w:r>
      <w:proofErr w:type="spellEnd"/>
      <w:r>
        <w:rPr>
          <w:i/>
          <w:sz w:val="16"/>
        </w:rPr>
        <w:t xml:space="preserve"> s </w:t>
      </w:r>
      <w:proofErr w:type="spellStart"/>
      <w:r>
        <w:rPr>
          <w:i/>
          <w:sz w:val="16"/>
        </w:rPr>
        <w:t>kojim</w:t>
      </w:r>
      <w:proofErr w:type="spellEnd"/>
      <w:r>
        <w:rPr>
          <w:i/>
          <w:sz w:val="16"/>
        </w:rPr>
        <w:t xml:space="preserve"> </w:t>
      </w:r>
      <w:proofErr w:type="spellStart"/>
      <w:r>
        <w:rPr>
          <w:i/>
          <w:sz w:val="16"/>
        </w:rPr>
        <w:t>uređajima</w:t>
      </w:r>
      <w:proofErr w:type="spellEnd"/>
      <w:r>
        <w:rPr>
          <w:i/>
          <w:sz w:val="16"/>
        </w:rPr>
        <w:t>/</w:t>
      </w:r>
      <w:proofErr w:type="spellStart"/>
      <w:r>
        <w:rPr>
          <w:i/>
          <w:sz w:val="16"/>
        </w:rPr>
        <w:t>programima</w:t>
      </w:r>
      <w:proofErr w:type="spellEnd"/>
      <w:r>
        <w:rPr>
          <w:i/>
          <w:sz w:val="16"/>
        </w:rPr>
        <w:t xml:space="preserve"> </w:t>
      </w:r>
      <w:proofErr w:type="spellStart"/>
      <w:r>
        <w:rPr>
          <w:i/>
          <w:sz w:val="16"/>
        </w:rPr>
        <w:t>sadržaj</w:t>
      </w:r>
      <w:proofErr w:type="spellEnd"/>
      <w:r>
        <w:rPr>
          <w:i/>
          <w:sz w:val="16"/>
        </w:rPr>
        <w:t xml:space="preserve"> </w:t>
      </w:r>
      <w:proofErr w:type="spellStart"/>
      <w:r>
        <w:rPr>
          <w:i/>
          <w:sz w:val="16"/>
        </w:rPr>
        <w:t>radi</w:t>
      </w:r>
      <w:proofErr w:type="spellEnd"/>
      <w:r>
        <w:rPr>
          <w:i/>
          <w:sz w:val="16"/>
        </w:rPr>
        <w:t xml:space="preserve"> i važna tehnička ograničenja</w:t>
      </w:r>
    </w:p>
    <w:p w14:paraId="49CBD679" w14:textId="77777777" w:rsidR="00654C4D" w:rsidRDefault="00000000">
      <w:proofErr w:type="spellStart"/>
      <w:r>
        <w:t>Isporuka</w:t>
      </w:r>
      <w:proofErr w:type="spellEnd"/>
      <w:r>
        <w:t>: _</w:t>
      </w:r>
      <w:r w:rsidR="00DB3239">
        <w:t>__________________________________</w:t>
      </w:r>
      <w:r>
        <w:t>_____________________________</w:t>
      </w:r>
      <w:r>
        <w:rPr>
          <w:i/>
          <w:sz w:val="16"/>
        </w:rPr>
        <w:br/>
      </w:r>
      <w:r w:rsidR="00DB3239">
        <w:rPr>
          <w:i/>
          <w:sz w:val="16"/>
        </w:rPr>
        <w:t xml:space="preserve">                                                                    </w:t>
      </w:r>
      <w:r>
        <w:rPr>
          <w:i/>
          <w:sz w:val="16"/>
        </w:rPr>
        <w:t xml:space="preserve">↳ </w:t>
      </w:r>
      <w:proofErr w:type="spellStart"/>
      <w:r>
        <w:rPr>
          <w:i/>
          <w:sz w:val="16"/>
        </w:rPr>
        <w:t>opiši</w:t>
      </w:r>
      <w:proofErr w:type="spellEnd"/>
      <w:r>
        <w:rPr>
          <w:i/>
          <w:sz w:val="16"/>
        </w:rPr>
        <w:t xml:space="preserve"> </w:t>
      </w:r>
      <w:proofErr w:type="spellStart"/>
      <w:r>
        <w:rPr>
          <w:i/>
          <w:sz w:val="16"/>
        </w:rPr>
        <w:t>kako</w:t>
      </w:r>
      <w:proofErr w:type="spellEnd"/>
      <w:r>
        <w:rPr>
          <w:i/>
          <w:sz w:val="16"/>
        </w:rPr>
        <w:t xml:space="preserve"> </w:t>
      </w:r>
      <w:proofErr w:type="spellStart"/>
      <w:r>
        <w:rPr>
          <w:i/>
          <w:sz w:val="16"/>
        </w:rPr>
        <w:t>i</w:t>
      </w:r>
      <w:proofErr w:type="spellEnd"/>
      <w:r>
        <w:rPr>
          <w:i/>
          <w:sz w:val="16"/>
        </w:rPr>
        <w:t xml:space="preserve"> </w:t>
      </w:r>
      <w:proofErr w:type="spellStart"/>
      <w:r>
        <w:rPr>
          <w:i/>
          <w:sz w:val="16"/>
        </w:rPr>
        <w:t>kada</w:t>
      </w:r>
      <w:proofErr w:type="spellEnd"/>
      <w:r>
        <w:rPr>
          <w:i/>
          <w:sz w:val="16"/>
        </w:rPr>
        <w:t xml:space="preserve"> </w:t>
      </w:r>
      <w:proofErr w:type="spellStart"/>
      <w:r>
        <w:rPr>
          <w:i/>
          <w:sz w:val="16"/>
        </w:rPr>
        <w:t>kupac</w:t>
      </w:r>
      <w:proofErr w:type="spellEnd"/>
      <w:r>
        <w:rPr>
          <w:i/>
          <w:sz w:val="16"/>
        </w:rPr>
        <w:t xml:space="preserve"> dobiva sadržaj</w:t>
      </w:r>
    </w:p>
    <w:p w14:paraId="2BEFB706" w14:textId="77777777" w:rsidR="00654C4D" w:rsidRDefault="00000000">
      <w:r>
        <w:t xml:space="preserve">Ako su ispunjene zakonske pretpostavke, </w:t>
      </w:r>
      <w:proofErr w:type="spellStart"/>
      <w:r>
        <w:t>kupac</w:t>
      </w:r>
      <w:proofErr w:type="spellEnd"/>
      <w:r>
        <w:t xml:space="preserve"> </w:t>
      </w:r>
      <w:proofErr w:type="spellStart"/>
      <w:r>
        <w:t>zasebno</w:t>
      </w:r>
      <w:proofErr w:type="spellEnd"/>
      <w:r>
        <w:t xml:space="preserve"> </w:t>
      </w:r>
      <w:proofErr w:type="spellStart"/>
      <w:r>
        <w:t>potvrđuje</w:t>
      </w:r>
      <w:proofErr w:type="spellEnd"/>
      <w:r>
        <w:t xml:space="preserve">: </w:t>
      </w:r>
      <w:r w:rsidR="00DB3239">
        <w:t>“</w:t>
      </w:r>
      <w:proofErr w:type="spellStart"/>
      <w:r>
        <w:t>Izričito</w:t>
      </w:r>
      <w:proofErr w:type="spellEnd"/>
      <w:r>
        <w:t xml:space="preserve"> </w:t>
      </w:r>
      <w:proofErr w:type="spellStart"/>
      <w:r>
        <w:t>pristajem</w:t>
      </w:r>
      <w:proofErr w:type="spellEnd"/>
      <w:r>
        <w:t xml:space="preserve"> da </w:t>
      </w:r>
      <w:proofErr w:type="spellStart"/>
      <w:r>
        <w:t>isporuka</w:t>
      </w:r>
      <w:proofErr w:type="spellEnd"/>
      <w:r>
        <w:t xml:space="preserve"> digitalnog sadržaja koji nije na materijalnom nosaču započne prije isteka roka za jednostrani raskid i potvrđujem da sam upoznat/a s time da pod </w:t>
      </w:r>
      <w:proofErr w:type="spellStart"/>
      <w:r>
        <w:t>propisanim</w:t>
      </w:r>
      <w:proofErr w:type="spellEnd"/>
      <w:r>
        <w:t xml:space="preserve"> </w:t>
      </w:r>
      <w:proofErr w:type="spellStart"/>
      <w:r>
        <w:t>uvjetima</w:t>
      </w:r>
      <w:proofErr w:type="spellEnd"/>
      <w:r>
        <w:t xml:space="preserve"> </w:t>
      </w:r>
      <w:proofErr w:type="spellStart"/>
      <w:r>
        <w:t>gubim</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w:t>
      </w:r>
      <w:r w:rsidR="00DB3239">
        <w:t>”</w:t>
      </w:r>
    </w:p>
    <w:p w14:paraId="264D3D91" w14:textId="77777777" w:rsidR="00654C4D" w:rsidRDefault="00000000">
      <w:r>
        <w:t>Sačuvaj dokaz pristanka i pošalji potvrdu na trajnom mediju. ______________________________.</w:t>
      </w:r>
      <w:r>
        <w:rPr>
          <w:i/>
          <w:sz w:val="16"/>
        </w:rPr>
        <w:br/>
      </w:r>
      <w:r w:rsidR="00DB3239">
        <w:rPr>
          <w:i/>
          <w:sz w:val="16"/>
        </w:rPr>
        <w:t xml:space="preserve">                                                                                                                      </w:t>
      </w:r>
      <w:r>
        <w:rPr>
          <w:i/>
          <w:sz w:val="16"/>
        </w:rPr>
        <w:t xml:space="preserve">↳ </w:t>
      </w:r>
      <w:proofErr w:type="spellStart"/>
      <w:r>
        <w:rPr>
          <w:i/>
          <w:sz w:val="16"/>
        </w:rPr>
        <w:t>provjeri</w:t>
      </w:r>
      <w:proofErr w:type="spellEnd"/>
      <w:r>
        <w:rPr>
          <w:i/>
          <w:sz w:val="16"/>
        </w:rPr>
        <w:t xml:space="preserve"> </w:t>
      </w:r>
      <w:proofErr w:type="spellStart"/>
      <w:r>
        <w:rPr>
          <w:i/>
          <w:sz w:val="16"/>
        </w:rPr>
        <w:t>pravilo</w:t>
      </w:r>
      <w:proofErr w:type="spellEnd"/>
      <w:r>
        <w:rPr>
          <w:i/>
          <w:sz w:val="16"/>
        </w:rPr>
        <w:t xml:space="preserve"> </w:t>
      </w:r>
      <w:proofErr w:type="spellStart"/>
      <w:r>
        <w:rPr>
          <w:i/>
          <w:sz w:val="16"/>
        </w:rPr>
        <w:t>prema</w:t>
      </w:r>
      <w:proofErr w:type="spellEnd"/>
      <w:r>
        <w:rPr>
          <w:i/>
          <w:sz w:val="16"/>
        </w:rPr>
        <w:t xml:space="preserve"> </w:t>
      </w:r>
      <w:proofErr w:type="spellStart"/>
      <w:r>
        <w:rPr>
          <w:i/>
          <w:sz w:val="16"/>
        </w:rPr>
        <w:t>vrsti</w:t>
      </w:r>
      <w:proofErr w:type="spellEnd"/>
      <w:r>
        <w:rPr>
          <w:i/>
          <w:sz w:val="16"/>
        </w:rPr>
        <w:t xml:space="preserve"> digitalnog sadržaja koji isporučuješ</w:t>
      </w:r>
    </w:p>
    <w:p w14:paraId="7C3FBC16" w14:textId="77777777" w:rsidR="00654C4D" w:rsidRDefault="00000000">
      <w:pPr>
        <w:pStyle w:val="Izvor"/>
      </w:pPr>
      <w:r>
        <w:t>IZVOR: Zakon o zaštiti potrošača, NN 19/22, 59/23, 59/26 (važeći tekst i prijelazne odredbe): https://narodne-novine.nn.hr/clanci/sluzbeni/2022_02_19_203.html</w:t>
      </w:r>
    </w:p>
    <w:p w14:paraId="341FA515" w14:textId="77777777" w:rsidR="00654C4D" w:rsidRDefault="00000000">
      <w:pPr>
        <w:pStyle w:val="Naslov2"/>
        <w:pageBreakBefore/>
      </w:pPr>
      <w:r>
        <w:rPr>
          <w:rFonts w:ascii="Montserrat" w:eastAsia="Montserrat" w:hAnsi="Montserrat" w:cs="Montserrat"/>
        </w:rPr>
        <w:lastRenderedPageBreak/>
        <w:t>12. Interni zapis narudžbe i evidencija prigovora</w:t>
      </w:r>
    </w:p>
    <w:p w14:paraId="3D0CF1AB" w14:textId="77777777" w:rsidR="00654C4D" w:rsidRDefault="00000000">
      <w:r>
        <w:t>ID narudžbe: ______________________________; datum: ______________________________; kanal: ______________________________</w:t>
      </w:r>
      <w:r>
        <w:rPr>
          <w:i/>
          <w:sz w:val="16"/>
        </w:rPr>
        <w:br/>
        <w:t>↳ upiši broj ili oznaku dokumenta/narudžbe</w:t>
      </w:r>
      <w:r>
        <w:rPr>
          <w:i/>
          <w:sz w:val="16"/>
        </w:rPr>
        <w:br/>
        <w:t>↳ upiši datum</w:t>
      </w:r>
      <w:r>
        <w:rPr>
          <w:i/>
          <w:sz w:val="16"/>
        </w:rPr>
        <w:br/>
        <w:t>↳ upiši kanal preko kojeg je narudžba stigla</w:t>
      </w:r>
    </w:p>
    <w:p w14:paraId="349FFB33" w14:textId="77777777" w:rsidR="00654C4D" w:rsidRDefault="00000000">
      <w:proofErr w:type="spellStart"/>
      <w:r>
        <w:t>Ponuda</w:t>
      </w:r>
      <w:proofErr w:type="spellEnd"/>
      <w:r>
        <w:t xml:space="preserve"> </w:t>
      </w:r>
      <w:proofErr w:type="spellStart"/>
      <w:r>
        <w:t>i</w:t>
      </w:r>
      <w:proofErr w:type="spellEnd"/>
      <w:r>
        <w:t xml:space="preserve"> </w:t>
      </w:r>
      <w:proofErr w:type="spellStart"/>
      <w:r>
        <w:t>verzija</w:t>
      </w:r>
      <w:proofErr w:type="spellEnd"/>
      <w:r>
        <w:t xml:space="preserve"> </w:t>
      </w:r>
      <w:proofErr w:type="spellStart"/>
      <w:r>
        <w:t>uvjeta</w:t>
      </w:r>
      <w:proofErr w:type="spellEnd"/>
      <w:r>
        <w:t xml:space="preserve"> </w:t>
      </w:r>
      <w:proofErr w:type="spellStart"/>
      <w:r>
        <w:t>poslani</w:t>
      </w:r>
      <w:proofErr w:type="spellEnd"/>
      <w:r>
        <w:t>: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datum </w:t>
      </w:r>
      <w:proofErr w:type="spellStart"/>
      <w:r>
        <w:rPr>
          <w:i/>
          <w:sz w:val="16"/>
        </w:rPr>
        <w:t>i</w:t>
      </w:r>
      <w:proofErr w:type="spellEnd"/>
      <w:r>
        <w:rPr>
          <w:i/>
          <w:sz w:val="16"/>
        </w:rPr>
        <w:t xml:space="preserve"> </w:t>
      </w:r>
      <w:proofErr w:type="spellStart"/>
      <w:r>
        <w:rPr>
          <w:i/>
          <w:sz w:val="16"/>
        </w:rPr>
        <w:t>način</w:t>
      </w:r>
      <w:proofErr w:type="spellEnd"/>
      <w:r>
        <w:rPr>
          <w:i/>
          <w:sz w:val="16"/>
        </w:rPr>
        <w:t xml:space="preserve"> </w:t>
      </w:r>
      <w:proofErr w:type="spellStart"/>
      <w:r>
        <w:rPr>
          <w:i/>
          <w:sz w:val="16"/>
        </w:rPr>
        <w:t>slanja</w:t>
      </w:r>
      <w:proofErr w:type="spellEnd"/>
      <w:r>
        <w:rPr>
          <w:i/>
          <w:sz w:val="16"/>
        </w:rPr>
        <w:t xml:space="preserve"> </w:t>
      </w:r>
      <w:proofErr w:type="spellStart"/>
      <w:r>
        <w:rPr>
          <w:i/>
          <w:sz w:val="16"/>
        </w:rPr>
        <w:t>ili</w:t>
      </w:r>
      <w:proofErr w:type="spellEnd"/>
      <w:r>
        <w:rPr>
          <w:i/>
          <w:sz w:val="16"/>
        </w:rPr>
        <w:t xml:space="preserve"> potvrde</w:t>
      </w:r>
    </w:p>
    <w:p w14:paraId="78749157" w14:textId="77777777" w:rsidR="00654C4D" w:rsidRDefault="00000000">
      <w:r>
        <w:t xml:space="preserve">Potvrda </w:t>
      </w:r>
      <w:proofErr w:type="spellStart"/>
      <w:r>
        <w:t>kupca</w:t>
      </w:r>
      <w:proofErr w:type="spellEnd"/>
      <w:r>
        <w:t xml:space="preserve">: ______________________________; </w:t>
      </w:r>
      <w:proofErr w:type="spellStart"/>
      <w:r>
        <w:t>potvrda</w:t>
      </w:r>
      <w:proofErr w:type="spellEnd"/>
      <w:r>
        <w:t xml:space="preserve"> </w:t>
      </w:r>
      <w:proofErr w:type="spellStart"/>
      <w:r>
        <w:t>ugovora</w:t>
      </w:r>
      <w:proofErr w:type="spellEnd"/>
      <w:r>
        <w:t>: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datum </w:t>
      </w:r>
      <w:proofErr w:type="spellStart"/>
      <w:r>
        <w:rPr>
          <w:i/>
          <w:sz w:val="16"/>
        </w:rPr>
        <w:t>i</w:t>
      </w:r>
      <w:proofErr w:type="spellEnd"/>
      <w:r>
        <w:rPr>
          <w:i/>
          <w:sz w:val="16"/>
        </w:rPr>
        <w:t xml:space="preserve"> </w:t>
      </w:r>
      <w:proofErr w:type="spellStart"/>
      <w:r>
        <w:rPr>
          <w:i/>
          <w:sz w:val="16"/>
        </w:rPr>
        <w:t>način</w:t>
      </w:r>
      <w:proofErr w:type="spellEnd"/>
      <w:r>
        <w:rPr>
          <w:i/>
          <w:sz w:val="16"/>
        </w:rPr>
        <w:t xml:space="preserve"> slanja ili potvrde</w:t>
      </w:r>
    </w:p>
    <w:p w14:paraId="2AF8B131" w14:textId="77777777" w:rsidR="00654C4D" w:rsidRDefault="00000000">
      <w:proofErr w:type="spellStart"/>
      <w:r>
        <w:t>Plaćanje</w:t>
      </w:r>
      <w:proofErr w:type="spellEnd"/>
      <w:r>
        <w:t xml:space="preserve"> </w:t>
      </w:r>
      <w:proofErr w:type="spellStart"/>
      <w:r>
        <w:t>i</w:t>
      </w:r>
      <w:proofErr w:type="spellEnd"/>
      <w:r>
        <w:t xml:space="preserve"> </w:t>
      </w:r>
      <w:proofErr w:type="spellStart"/>
      <w:r>
        <w:t>račun</w:t>
      </w:r>
      <w:proofErr w:type="spellEnd"/>
      <w:r>
        <w:t xml:space="preserve">: ______________________________; </w:t>
      </w:r>
      <w:proofErr w:type="spellStart"/>
      <w:r>
        <w:t>izvršenje</w:t>
      </w:r>
      <w:proofErr w:type="spellEnd"/>
      <w:r>
        <w:t>: ______________________________</w:t>
      </w:r>
      <w:r>
        <w:rPr>
          <w:i/>
          <w:sz w:val="16"/>
        </w:rPr>
        <w:br/>
      </w:r>
      <w:r w:rsidR="00DB3239">
        <w:rPr>
          <w:i/>
          <w:sz w:val="16"/>
        </w:rPr>
        <w:t xml:space="preserve">                                                          </w:t>
      </w:r>
      <w:r>
        <w:rPr>
          <w:i/>
          <w:sz w:val="16"/>
        </w:rPr>
        <w:t xml:space="preserve">↳ </w:t>
      </w:r>
      <w:proofErr w:type="spellStart"/>
      <w:r>
        <w:rPr>
          <w:i/>
          <w:sz w:val="16"/>
        </w:rPr>
        <w:t>upiši</w:t>
      </w:r>
      <w:proofErr w:type="spellEnd"/>
      <w:r>
        <w:rPr>
          <w:i/>
          <w:sz w:val="16"/>
        </w:rPr>
        <w:t xml:space="preserve"> </w:t>
      </w:r>
      <w:proofErr w:type="spellStart"/>
      <w:r>
        <w:rPr>
          <w:i/>
          <w:sz w:val="16"/>
        </w:rPr>
        <w:t>tražene</w:t>
      </w:r>
      <w:proofErr w:type="spellEnd"/>
      <w:r>
        <w:rPr>
          <w:i/>
          <w:sz w:val="16"/>
        </w:rPr>
        <w:t xml:space="preserve"> </w:t>
      </w:r>
      <w:proofErr w:type="spellStart"/>
      <w:r>
        <w:rPr>
          <w:i/>
          <w:sz w:val="16"/>
        </w:rPr>
        <w:t>podatke</w:t>
      </w:r>
      <w:proofErr w:type="spellEnd"/>
      <w:r w:rsidR="00DB3239">
        <w:rPr>
          <w:i/>
          <w:sz w:val="16"/>
        </w:rPr>
        <w:t xml:space="preserve">                                                               </w:t>
      </w:r>
      <w:r>
        <w:rPr>
          <w:i/>
          <w:sz w:val="16"/>
        </w:rPr>
        <w:t xml:space="preserve">↳ </w:t>
      </w:r>
      <w:proofErr w:type="spellStart"/>
      <w:r>
        <w:rPr>
          <w:i/>
          <w:sz w:val="16"/>
        </w:rPr>
        <w:t>upiši</w:t>
      </w:r>
      <w:proofErr w:type="spellEnd"/>
      <w:r>
        <w:rPr>
          <w:i/>
          <w:sz w:val="16"/>
        </w:rPr>
        <w:t xml:space="preserve"> datum</w:t>
      </w:r>
    </w:p>
    <w:p w14:paraId="21B25E93" w14:textId="77777777" w:rsidR="00654C4D" w:rsidRDefault="00000000">
      <w:r>
        <w:t>Raskid/prigovor: ______________________________</w:t>
      </w:r>
      <w:r>
        <w:rPr>
          <w:i/>
          <w:sz w:val="16"/>
        </w:rPr>
        <w:br/>
        <w:t>↳ upiši podatke samo ako je bilo raskida ili prigovora</w:t>
      </w:r>
    </w:p>
    <w:p w14:paraId="52E2E29A" w14:textId="77777777" w:rsidR="00654C4D" w:rsidRDefault="00000000">
      <w:r>
        <w:t>Napomena: osobne podatke čuvaj samo u opsegu i trajanju koje ima pravnu osnovu.</w:t>
      </w:r>
    </w:p>
    <w:p w14:paraId="651C066F" w14:textId="77777777" w:rsidR="00654C4D" w:rsidRDefault="00000000">
      <w:pPr>
        <w:pStyle w:val="Izvor"/>
      </w:pPr>
      <w:r>
        <w:t>IZVOR: Zakon o zaštiti potrošača, NN 19/22, 59/23, 59/26 (važeći tekst i prijelazne odredbe): https://narodne-novine.nn.hr/clanci/sluzbeni/2022_02_19_203.html | Uredba (EU) 2016/679, čl. 5., 6., 13., 28.: https://eur-lex.europa.eu/eli/reg/2016/679/oj?locale=hr</w:t>
      </w:r>
    </w:p>
    <w:p w14:paraId="7F2FBE04" w14:textId="77777777" w:rsidR="00DB3239" w:rsidRDefault="00DB3239">
      <w:pPr>
        <w:pStyle w:val="Naslov1"/>
        <w:rPr>
          <w:rFonts w:ascii="Montserrat" w:eastAsia="Montserrat" w:hAnsi="Montserrat" w:cs="Montserrat"/>
        </w:rPr>
      </w:pPr>
    </w:p>
    <w:p w14:paraId="65999CA8" w14:textId="77777777" w:rsidR="00DB3239" w:rsidRDefault="00DB3239">
      <w:pPr>
        <w:pStyle w:val="Naslov1"/>
        <w:rPr>
          <w:rFonts w:ascii="Montserrat" w:eastAsia="Montserrat" w:hAnsi="Montserrat" w:cs="Montserrat"/>
        </w:rPr>
      </w:pPr>
    </w:p>
    <w:p w14:paraId="511BC6F3" w14:textId="77777777" w:rsidR="00DB3239" w:rsidRDefault="00DB3239">
      <w:pPr>
        <w:pStyle w:val="Naslov1"/>
        <w:rPr>
          <w:rFonts w:ascii="Montserrat" w:eastAsia="Montserrat" w:hAnsi="Montserrat" w:cs="Montserrat"/>
        </w:rPr>
      </w:pPr>
    </w:p>
    <w:p w14:paraId="31AC4407" w14:textId="77777777" w:rsidR="00DB3239" w:rsidRDefault="00DB3239">
      <w:pPr>
        <w:pStyle w:val="Naslov1"/>
        <w:rPr>
          <w:rFonts w:ascii="Montserrat" w:eastAsia="Montserrat" w:hAnsi="Montserrat" w:cs="Montserrat"/>
        </w:rPr>
      </w:pPr>
    </w:p>
    <w:p w14:paraId="38BA7BAA" w14:textId="77777777" w:rsidR="00DB3239" w:rsidRDefault="00DB3239">
      <w:pPr>
        <w:pStyle w:val="Naslov1"/>
        <w:rPr>
          <w:rFonts w:ascii="Montserrat" w:eastAsia="Montserrat" w:hAnsi="Montserrat" w:cs="Montserrat"/>
        </w:rPr>
      </w:pPr>
    </w:p>
    <w:p w14:paraId="6526E84C" w14:textId="77777777" w:rsidR="00DB3239" w:rsidRDefault="00DB3239">
      <w:pPr>
        <w:pStyle w:val="Naslov1"/>
        <w:rPr>
          <w:rFonts w:ascii="Montserrat" w:eastAsia="Montserrat" w:hAnsi="Montserrat" w:cs="Montserrat"/>
        </w:rPr>
      </w:pPr>
    </w:p>
    <w:p w14:paraId="20AA86A6" w14:textId="77777777" w:rsidR="00DB3239" w:rsidRDefault="00DB3239">
      <w:pPr>
        <w:pStyle w:val="Naslov1"/>
        <w:rPr>
          <w:rFonts w:ascii="Montserrat" w:eastAsia="Montserrat" w:hAnsi="Montserrat" w:cs="Montserrat"/>
        </w:rPr>
      </w:pPr>
    </w:p>
    <w:p w14:paraId="48FC5C61" w14:textId="77777777" w:rsidR="00DB3239" w:rsidRDefault="00DB3239">
      <w:pPr>
        <w:pStyle w:val="Naslov1"/>
        <w:rPr>
          <w:rFonts w:ascii="Montserrat" w:eastAsia="Montserrat" w:hAnsi="Montserrat" w:cs="Montserrat"/>
        </w:rPr>
      </w:pPr>
    </w:p>
    <w:p w14:paraId="1470D96C" w14:textId="77777777" w:rsidR="00DB3239" w:rsidRDefault="00DB3239" w:rsidP="00DB3239"/>
    <w:p w14:paraId="4851B217" w14:textId="77777777" w:rsidR="00DB3239" w:rsidRPr="00DB3239" w:rsidRDefault="00DB3239" w:rsidP="00DB3239"/>
    <w:p w14:paraId="0129FC7E" w14:textId="77777777" w:rsidR="00654C4D" w:rsidRDefault="00000000">
      <w:pPr>
        <w:pStyle w:val="Naslov1"/>
      </w:pPr>
      <w:r>
        <w:rPr>
          <w:rFonts w:ascii="Montserrat" w:eastAsia="Montserrat" w:hAnsi="Montserrat" w:cs="Montserrat"/>
        </w:rPr>
        <w:lastRenderedPageBreak/>
        <w:t>CHECKLISTA PRIJE PRVE PRODAJE PREKO DRUŠTVENIH MREŽA</w:t>
      </w:r>
    </w:p>
    <w:p w14:paraId="42C822F9" w14:textId="77777777" w:rsidR="00654C4D" w:rsidRDefault="00000000">
      <w:proofErr w:type="gramStart"/>
      <w:r>
        <w:t xml:space="preserve">☐  </w:t>
      </w:r>
      <w:r w:rsidRPr="00B8091A">
        <w:rPr>
          <w:color w:val="E36C0A" w:themeColor="accent6" w:themeShade="BF"/>
        </w:rPr>
        <w:t>DJELATNOST</w:t>
      </w:r>
      <w:proofErr w:type="gramEnd"/>
      <w:r w:rsidRPr="00B8091A">
        <w:rPr>
          <w:color w:val="E36C0A" w:themeColor="accent6" w:themeShade="BF"/>
        </w:rPr>
        <w:t xml:space="preserve"> </w:t>
      </w:r>
      <w:r w:rsidR="00DB3239">
        <w:t>–</w:t>
      </w:r>
      <w:r>
        <w:t xml:space="preserve"> </w:t>
      </w:r>
      <w:proofErr w:type="spellStart"/>
      <w:r>
        <w:t>Provjeri</w:t>
      </w:r>
      <w:r w:rsidR="00DB3239">
        <w:t>o</w:t>
      </w:r>
      <w:proofErr w:type="spellEnd"/>
      <w:r w:rsidR="00DB3239">
        <w:t>/</w:t>
      </w:r>
      <w:r>
        <w:t xml:space="preserve">la </w:t>
      </w:r>
      <w:proofErr w:type="spellStart"/>
      <w:r>
        <w:t>sam</w:t>
      </w:r>
      <w:proofErr w:type="spellEnd"/>
      <w:r>
        <w:t xml:space="preserve"> </w:t>
      </w:r>
      <w:proofErr w:type="spellStart"/>
      <w:r>
        <w:t>pravni</w:t>
      </w:r>
      <w:proofErr w:type="spellEnd"/>
      <w:r>
        <w:t xml:space="preserve"> </w:t>
      </w:r>
      <w:proofErr w:type="spellStart"/>
      <w:r>
        <w:t>oblik</w:t>
      </w:r>
      <w:proofErr w:type="spellEnd"/>
      <w:r>
        <w:t>, registraciju i posebne uvjete djelatnosti.</w:t>
      </w:r>
    </w:p>
    <w:p w14:paraId="12F282F4" w14:textId="77777777" w:rsidR="00654C4D" w:rsidRDefault="00000000">
      <w:pPr>
        <w:pStyle w:val="Izvor"/>
      </w:pPr>
      <w:r>
        <w:t>IZVOR: Zakon o elektroničkoj trgovini (čl. 6., 7., 12.–14.): https://narodne-novine.nn.hr/clanci/sluzbeni/2003_10_173_2504.html</w:t>
      </w:r>
    </w:p>
    <w:p w14:paraId="7C967712" w14:textId="77777777" w:rsidR="00654C4D" w:rsidRDefault="00000000">
      <w:proofErr w:type="gramStart"/>
      <w:r>
        <w:t xml:space="preserve">☐  </w:t>
      </w:r>
      <w:r w:rsidRPr="00B8091A">
        <w:rPr>
          <w:color w:val="E36C0A" w:themeColor="accent6" w:themeShade="BF"/>
        </w:rPr>
        <w:t>PROSTOR</w:t>
      </w:r>
      <w:proofErr w:type="gramEnd"/>
      <w:r w:rsidRPr="00B8091A">
        <w:rPr>
          <w:color w:val="E36C0A" w:themeColor="accent6" w:themeShade="BF"/>
        </w:rPr>
        <w:t xml:space="preserve"> I ROBA </w:t>
      </w:r>
      <w:r w:rsidR="00DB3239">
        <w:t xml:space="preserve">- </w:t>
      </w:r>
      <w:proofErr w:type="spellStart"/>
      <w:r>
        <w:t>Znam</w:t>
      </w:r>
      <w:proofErr w:type="spellEnd"/>
      <w:r>
        <w:t xml:space="preserve"> </w:t>
      </w:r>
      <w:proofErr w:type="spellStart"/>
      <w:r>
        <w:t>trebam</w:t>
      </w:r>
      <w:proofErr w:type="spellEnd"/>
      <w:r>
        <w:t xml:space="preserve"> li </w:t>
      </w:r>
      <w:proofErr w:type="spellStart"/>
      <w:r>
        <w:t>uvjete</w:t>
      </w:r>
      <w:proofErr w:type="spellEnd"/>
      <w:r>
        <w:t xml:space="preserve"> </w:t>
      </w:r>
      <w:proofErr w:type="spellStart"/>
      <w:r>
        <w:t>prostora</w:t>
      </w:r>
      <w:proofErr w:type="spellEnd"/>
      <w:r>
        <w:t xml:space="preserve">, </w:t>
      </w:r>
      <w:proofErr w:type="spellStart"/>
      <w:r>
        <w:t>skladištenja</w:t>
      </w:r>
      <w:proofErr w:type="spellEnd"/>
      <w:r>
        <w:t xml:space="preserve"> </w:t>
      </w:r>
      <w:proofErr w:type="spellStart"/>
      <w:r>
        <w:t>ili</w:t>
      </w:r>
      <w:proofErr w:type="spellEnd"/>
      <w:r>
        <w:t xml:space="preserve"> </w:t>
      </w:r>
      <w:proofErr w:type="spellStart"/>
      <w:r>
        <w:t>druge</w:t>
      </w:r>
      <w:proofErr w:type="spellEnd"/>
      <w:r>
        <w:t xml:space="preserve"> sektorske uvjete.</w:t>
      </w:r>
    </w:p>
    <w:p w14:paraId="3362E2BA" w14:textId="77777777" w:rsidR="00654C4D" w:rsidRDefault="00000000">
      <w:pPr>
        <w:pStyle w:val="Izvor"/>
      </w:pPr>
      <w:r>
        <w:t>IZVOR: Zakon o trgovini (ovisno o djelatnosti): https://narodne-novine.nn.hr/clanci/sluzbeni/2008_07_87_2790.html</w:t>
      </w:r>
    </w:p>
    <w:p w14:paraId="73A0D6B4" w14:textId="77777777" w:rsidR="00654C4D" w:rsidRDefault="00000000">
      <w:proofErr w:type="gramStart"/>
      <w:r>
        <w:t xml:space="preserve">☐  </w:t>
      </w:r>
      <w:r w:rsidRPr="00B8091A">
        <w:rPr>
          <w:color w:val="E36C0A" w:themeColor="accent6" w:themeShade="BF"/>
        </w:rPr>
        <w:t>IDENTITET</w:t>
      </w:r>
      <w:proofErr w:type="gramEnd"/>
      <w:r>
        <w:t xml:space="preserve"> </w:t>
      </w:r>
      <w:r w:rsidR="00DB3239">
        <w:t>-</w:t>
      </w:r>
      <w:r>
        <w:t xml:space="preserve"> </w:t>
      </w:r>
      <w:proofErr w:type="spellStart"/>
      <w:r>
        <w:t>Kupac</w:t>
      </w:r>
      <w:proofErr w:type="spellEnd"/>
      <w:r>
        <w:t xml:space="preserve"> </w:t>
      </w:r>
      <w:proofErr w:type="spellStart"/>
      <w:r>
        <w:t>može</w:t>
      </w:r>
      <w:proofErr w:type="spellEnd"/>
      <w:r>
        <w:t xml:space="preserve"> </w:t>
      </w:r>
      <w:proofErr w:type="spellStart"/>
      <w:r>
        <w:t>pronaći</w:t>
      </w:r>
      <w:proofErr w:type="spellEnd"/>
      <w:r>
        <w:t xml:space="preserve"> </w:t>
      </w:r>
      <w:proofErr w:type="spellStart"/>
      <w:r>
        <w:t>poslovne</w:t>
      </w:r>
      <w:proofErr w:type="spellEnd"/>
      <w:r>
        <w:t xml:space="preserve"> podatke i kontakt.</w:t>
      </w:r>
    </w:p>
    <w:p w14:paraId="7C59AF1F" w14:textId="77777777" w:rsidR="00654C4D" w:rsidRDefault="00000000">
      <w:pPr>
        <w:pStyle w:val="Izvor"/>
      </w:pPr>
      <w:r>
        <w:t>IZVOR: Zakon o elektroničkoj trgovini (čl. 6., 7., 12.–14.): https://narodne-novine.nn.hr/clanci/sluzbeni/2003_10_173_2504.html</w:t>
      </w:r>
    </w:p>
    <w:p w14:paraId="17A042A8" w14:textId="77777777" w:rsidR="00654C4D" w:rsidRDefault="00000000">
      <w:proofErr w:type="gramStart"/>
      <w:r>
        <w:t xml:space="preserve">☐  </w:t>
      </w:r>
      <w:r w:rsidRPr="00B8091A">
        <w:rPr>
          <w:color w:val="E36C0A" w:themeColor="accent6" w:themeShade="BF"/>
        </w:rPr>
        <w:t>PROMOCIJA</w:t>
      </w:r>
      <w:proofErr w:type="gramEnd"/>
      <w:r>
        <w:t xml:space="preserve"> </w:t>
      </w:r>
      <w:r w:rsidR="00DB3239">
        <w:t>-</w:t>
      </w:r>
      <w:r>
        <w:t xml:space="preserve"> </w:t>
      </w:r>
      <w:proofErr w:type="spellStart"/>
      <w:r>
        <w:t>Oglasi</w:t>
      </w:r>
      <w:proofErr w:type="spellEnd"/>
      <w:r>
        <w:t xml:space="preserve">, </w:t>
      </w:r>
      <w:proofErr w:type="spellStart"/>
      <w:r>
        <w:t>popusti</w:t>
      </w:r>
      <w:proofErr w:type="spellEnd"/>
      <w:r>
        <w:t xml:space="preserve"> </w:t>
      </w:r>
      <w:proofErr w:type="spellStart"/>
      <w:r>
        <w:t>i</w:t>
      </w:r>
      <w:proofErr w:type="spellEnd"/>
      <w:r>
        <w:t xml:space="preserve"> </w:t>
      </w:r>
      <w:proofErr w:type="spellStart"/>
      <w:r>
        <w:t>darivanja</w:t>
      </w:r>
      <w:proofErr w:type="spellEnd"/>
      <w:r>
        <w:t xml:space="preserve"> imaju jasne uvjete.</w:t>
      </w:r>
    </w:p>
    <w:p w14:paraId="7A29ED63" w14:textId="77777777" w:rsidR="00654C4D" w:rsidRDefault="00000000">
      <w:pPr>
        <w:pStyle w:val="Izvor"/>
      </w:pPr>
      <w:r>
        <w:t>IZVOR: Zakon o elektroničkoj trgovini (čl. 6., 7., 12.–14.): https://narodne-novine.nn.hr/clanci/sluzbeni/2003_10_173_2504.html</w:t>
      </w:r>
    </w:p>
    <w:p w14:paraId="3584DE4F" w14:textId="77777777" w:rsidR="00654C4D" w:rsidRDefault="00000000">
      <w:proofErr w:type="gramStart"/>
      <w:r>
        <w:t xml:space="preserve">☐  </w:t>
      </w:r>
      <w:r w:rsidRPr="00B8091A">
        <w:rPr>
          <w:color w:val="E36C0A" w:themeColor="accent6" w:themeShade="BF"/>
        </w:rPr>
        <w:t>PROIZVOD</w:t>
      </w:r>
      <w:proofErr w:type="gramEnd"/>
      <w:r>
        <w:t xml:space="preserve"> </w:t>
      </w:r>
      <w:r w:rsidR="00DB3239">
        <w:t>-</w:t>
      </w:r>
      <w:r>
        <w:t xml:space="preserve"> Za </w:t>
      </w:r>
      <w:proofErr w:type="spellStart"/>
      <w:r>
        <w:t>robu</w:t>
      </w:r>
      <w:proofErr w:type="spellEnd"/>
      <w:r>
        <w:t xml:space="preserve"> </w:t>
      </w:r>
      <w:proofErr w:type="spellStart"/>
      <w:r>
        <w:t>sam</w:t>
      </w:r>
      <w:proofErr w:type="spellEnd"/>
      <w:r>
        <w:t xml:space="preserve"> </w:t>
      </w:r>
      <w:proofErr w:type="spellStart"/>
      <w:r>
        <w:t>provjeri</w:t>
      </w:r>
      <w:r w:rsidR="00DB3239">
        <w:t>o</w:t>
      </w:r>
      <w:proofErr w:type="spellEnd"/>
      <w:r w:rsidR="00DB3239">
        <w:t>/</w:t>
      </w:r>
      <w:r>
        <w:t xml:space="preserve">la </w:t>
      </w:r>
      <w:proofErr w:type="spellStart"/>
      <w:r>
        <w:t>označavanje</w:t>
      </w:r>
      <w:proofErr w:type="spellEnd"/>
      <w:r>
        <w:t xml:space="preserve">, </w:t>
      </w:r>
      <w:proofErr w:type="spellStart"/>
      <w:r>
        <w:t>sigurnost</w:t>
      </w:r>
      <w:proofErr w:type="spellEnd"/>
      <w:r>
        <w:t xml:space="preserve"> </w:t>
      </w:r>
      <w:proofErr w:type="spellStart"/>
      <w:r>
        <w:t>i</w:t>
      </w:r>
      <w:proofErr w:type="spellEnd"/>
      <w:r>
        <w:t xml:space="preserve"> GPSR </w:t>
      </w:r>
      <w:proofErr w:type="spellStart"/>
      <w:r>
        <w:t>podatke</w:t>
      </w:r>
      <w:proofErr w:type="spellEnd"/>
      <w:r>
        <w:t xml:space="preserve"> u online ponudi.</w:t>
      </w:r>
    </w:p>
    <w:p w14:paraId="4551538B" w14:textId="77777777" w:rsidR="00654C4D" w:rsidRDefault="00000000">
      <w:pPr>
        <w:pStyle w:val="Izvor"/>
      </w:pPr>
      <w:r>
        <w:t xml:space="preserve">IZVOR: </w:t>
      </w:r>
      <w:proofErr w:type="spellStart"/>
      <w:r>
        <w:t>Uredba</w:t>
      </w:r>
      <w:proofErr w:type="spellEnd"/>
      <w:r>
        <w:t xml:space="preserve"> (EU) 2023/988, </w:t>
      </w:r>
      <w:proofErr w:type="spellStart"/>
      <w:r>
        <w:t>osobito</w:t>
      </w:r>
      <w:proofErr w:type="spellEnd"/>
      <w:r>
        <w:t xml:space="preserve"> čl. 9. i 19.: https://eur-lex.europa.eu/eli/reg/2023/988/oj?locale=hr</w:t>
      </w:r>
    </w:p>
    <w:p w14:paraId="5BFEC2FA" w14:textId="77777777" w:rsidR="00654C4D" w:rsidRDefault="00000000">
      <w:proofErr w:type="gramStart"/>
      <w:r>
        <w:t xml:space="preserve">☐  </w:t>
      </w:r>
      <w:r w:rsidRPr="00B8091A">
        <w:rPr>
          <w:color w:val="E36C0A" w:themeColor="accent6" w:themeShade="BF"/>
        </w:rPr>
        <w:t>PROIZVOĐAČ</w:t>
      </w:r>
      <w:proofErr w:type="gramEnd"/>
      <w:r>
        <w:t xml:space="preserve"> </w:t>
      </w:r>
      <w:r w:rsidR="00DB3239">
        <w:t>-</w:t>
      </w:r>
      <w:r>
        <w:t xml:space="preserve"> Ako </w:t>
      </w:r>
      <w:proofErr w:type="spellStart"/>
      <w:r>
        <w:t>sam</w:t>
      </w:r>
      <w:proofErr w:type="spellEnd"/>
      <w:r w:rsidR="00DB3239">
        <w:t>/</w:t>
      </w:r>
      <w:r>
        <w:t xml:space="preserve">a </w:t>
      </w:r>
      <w:proofErr w:type="spellStart"/>
      <w:r>
        <w:t>izrađujem</w:t>
      </w:r>
      <w:proofErr w:type="spellEnd"/>
      <w:r>
        <w:t xml:space="preserve"> </w:t>
      </w:r>
      <w:proofErr w:type="spellStart"/>
      <w:r>
        <w:t>proizvode</w:t>
      </w:r>
      <w:proofErr w:type="spellEnd"/>
      <w:r>
        <w:t xml:space="preserve">, </w:t>
      </w:r>
      <w:proofErr w:type="spellStart"/>
      <w:r>
        <w:t>provjeri</w:t>
      </w:r>
      <w:r w:rsidR="00DB3239">
        <w:t>o</w:t>
      </w:r>
      <w:proofErr w:type="spellEnd"/>
      <w:r w:rsidR="00DB3239">
        <w:t>/</w:t>
      </w:r>
      <w:r>
        <w:t xml:space="preserve">la </w:t>
      </w:r>
      <w:proofErr w:type="spellStart"/>
      <w:r>
        <w:t>sam</w:t>
      </w:r>
      <w:proofErr w:type="spellEnd"/>
      <w:r>
        <w:t xml:space="preserve"> </w:t>
      </w:r>
      <w:proofErr w:type="spellStart"/>
      <w:r>
        <w:t>proizvođačke</w:t>
      </w:r>
      <w:proofErr w:type="spellEnd"/>
      <w:r>
        <w:t xml:space="preserve"> </w:t>
      </w:r>
      <w:proofErr w:type="spellStart"/>
      <w:r>
        <w:t>obveze</w:t>
      </w:r>
      <w:proofErr w:type="spellEnd"/>
      <w:r>
        <w:t>.</w:t>
      </w:r>
    </w:p>
    <w:p w14:paraId="578AD599" w14:textId="77777777" w:rsidR="00654C4D" w:rsidRDefault="00000000">
      <w:pPr>
        <w:pStyle w:val="Izvor"/>
      </w:pPr>
      <w:r>
        <w:t xml:space="preserve">IZVOR: </w:t>
      </w:r>
      <w:proofErr w:type="spellStart"/>
      <w:r>
        <w:t>Uredba</w:t>
      </w:r>
      <w:proofErr w:type="spellEnd"/>
      <w:r>
        <w:t xml:space="preserve"> (EU) 2023/988, </w:t>
      </w:r>
      <w:proofErr w:type="spellStart"/>
      <w:r>
        <w:t>osobito</w:t>
      </w:r>
      <w:proofErr w:type="spellEnd"/>
      <w:r>
        <w:t xml:space="preserve"> čl. 9. i 19.: https://eur-lex.europa.eu/eli/reg/2023/988/oj?locale=hr</w:t>
      </w:r>
    </w:p>
    <w:p w14:paraId="04313430" w14:textId="77777777" w:rsidR="00654C4D" w:rsidRDefault="00000000">
      <w:proofErr w:type="gramStart"/>
      <w:r>
        <w:t xml:space="preserve">☐  </w:t>
      </w:r>
      <w:r w:rsidRPr="00B8091A">
        <w:rPr>
          <w:color w:val="E36C0A" w:themeColor="accent6" w:themeShade="BF"/>
        </w:rPr>
        <w:t>USLUGA</w:t>
      </w:r>
      <w:proofErr w:type="gramEnd"/>
      <w:r w:rsidRPr="00B8091A">
        <w:rPr>
          <w:color w:val="E36C0A" w:themeColor="accent6" w:themeShade="BF"/>
        </w:rPr>
        <w:t xml:space="preserve"> </w:t>
      </w:r>
      <w:r w:rsidR="00DB3239">
        <w:t>-</w:t>
      </w:r>
      <w:r>
        <w:t xml:space="preserve"> Za </w:t>
      </w:r>
      <w:proofErr w:type="spellStart"/>
      <w:r>
        <w:t>usluge</w:t>
      </w:r>
      <w:proofErr w:type="spellEnd"/>
      <w:r>
        <w:t xml:space="preserve"> </w:t>
      </w:r>
      <w:proofErr w:type="spellStart"/>
      <w:r>
        <w:t>sam</w:t>
      </w:r>
      <w:proofErr w:type="spellEnd"/>
      <w:r>
        <w:t xml:space="preserve"> </w:t>
      </w:r>
      <w:proofErr w:type="spellStart"/>
      <w:r>
        <w:t>provjeri</w:t>
      </w:r>
      <w:r w:rsidR="00DB3239">
        <w:t>o</w:t>
      </w:r>
      <w:proofErr w:type="spellEnd"/>
      <w:r w:rsidR="00DB3239">
        <w:t>/</w:t>
      </w:r>
      <w:r>
        <w:t xml:space="preserve">la </w:t>
      </w:r>
      <w:proofErr w:type="spellStart"/>
      <w:r>
        <w:t>stručne</w:t>
      </w:r>
      <w:proofErr w:type="spellEnd"/>
      <w:r>
        <w:t xml:space="preserve"> </w:t>
      </w:r>
      <w:proofErr w:type="spellStart"/>
      <w:r>
        <w:t>i</w:t>
      </w:r>
      <w:proofErr w:type="spellEnd"/>
      <w:r>
        <w:t xml:space="preserve"> </w:t>
      </w:r>
      <w:proofErr w:type="spellStart"/>
      <w:r>
        <w:t>druge</w:t>
      </w:r>
      <w:proofErr w:type="spellEnd"/>
      <w:r>
        <w:t xml:space="preserve"> </w:t>
      </w:r>
      <w:proofErr w:type="spellStart"/>
      <w:r>
        <w:t>posebne</w:t>
      </w:r>
      <w:proofErr w:type="spellEnd"/>
      <w:r>
        <w:t xml:space="preserve"> </w:t>
      </w:r>
      <w:proofErr w:type="spellStart"/>
      <w:r>
        <w:t>uvjete</w:t>
      </w:r>
      <w:proofErr w:type="spellEnd"/>
      <w:r>
        <w:t>.</w:t>
      </w:r>
    </w:p>
    <w:p w14:paraId="6EABD499" w14:textId="77777777" w:rsidR="00654C4D" w:rsidRDefault="00000000">
      <w:pPr>
        <w:pStyle w:val="Izvor"/>
      </w:pPr>
      <w:r>
        <w:t>IZVOR: Zakon o elektroničkoj trgovini (čl. 6., 7., 12.–14.): https://narodne-novine.nn.hr/clanci/sluzbeni/2003_10_173_2504.html</w:t>
      </w:r>
    </w:p>
    <w:p w14:paraId="5107F681" w14:textId="77777777" w:rsidR="00654C4D" w:rsidRDefault="00000000">
      <w:proofErr w:type="gramStart"/>
      <w:r>
        <w:t xml:space="preserve">☐  </w:t>
      </w:r>
      <w:r w:rsidRPr="00B8091A">
        <w:rPr>
          <w:color w:val="E36C0A" w:themeColor="accent6" w:themeShade="BF"/>
        </w:rPr>
        <w:t>CIJENA</w:t>
      </w:r>
      <w:proofErr w:type="gramEnd"/>
      <w:r>
        <w:t xml:space="preserve"> </w:t>
      </w:r>
      <w:r w:rsidR="00DB3239">
        <w:t>-</w:t>
      </w:r>
      <w:r>
        <w:t xml:space="preserve"> </w:t>
      </w:r>
      <w:proofErr w:type="spellStart"/>
      <w:r>
        <w:t>Kupcu</w:t>
      </w:r>
      <w:proofErr w:type="spellEnd"/>
      <w:r>
        <w:t xml:space="preserve"> </w:t>
      </w:r>
      <w:proofErr w:type="spellStart"/>
      <w:r>
        <w:t>su</w:t>
      </w:r>
      <w:proofErr w:type="spellEnd"/>
      <w:r>
        <w:t xml:space="preserve"> </w:t>
      </w:r>
      <w:proofErr w:type="spellStart"/>
      <w:r>
        <w:t>jasni</w:t>
      </w:r>
      <w:proofErr w:type="spellEnd"/>
      <w:r>
        <w:t xml:space="preserve"> </w:t>
      </w:r>
      <w:proofErr w:type="spellStart"/>
      <w:r>
        <w:t>cijena</w:t>
      </w:r>
      <w:proofErr w:type="spellEnd"/>
      <w:r>
        <w:t>, porezi i dodatni troškovi.</w:t>
      </w:r>
    </w:p>
    <w:p w14:paraId="398895B2" w14:textId="77777777" w:rsidR="00654C4D" w:rsidRDefault="00000000">
      <w:pPr>
        <w:pStyle w:val="Izvor"/>
      </w:pPr>
      <w:r>
        <w:t>IZVOR: Zakon o zaštiti potrošača, NN 19/22, 59/23, 59/26 (važeći tekst i prijelazne odredbe): https://narodne-novine.nn.hr/clanci/sluzbeni/2022_02_19_203.html</w:t>
      </w:r>
    </w:p>
    <w:p w14:paraId="47E3978B" w14:textId="77777777" w:rsidR="00654C4D" w:rsidRDefault="00000000">
      <w:proofErr w:type="gramStart"/>
      <w:r>
        <w:t xml:space="preserve">☐  </w:t>
      </w:r>
      <w:r w:rsidRPr="00B8091A">
        <w:rPr>
          <w:color w:val="E36C0A" w:themeColor="accent6" w:themeShade="BF"/>
        </w:rPr>
        <w:t>AKCIJE</w:t>
      </w:r>
      <w:proofErr w:type="gramEnd"/>
      <w:r>
        <w:t xml:space="preserve"> </w:t>
      </w:r>
      <w:r w:rsidR="00DB3239">
        <w:t xml:space="preserve">- </w:t>
      </w:r>
      <w:proofErr w:type="spellStart"/>
      <w:r>
        <w:t>Kod</w:t>
      </w:r>
      <w:proofErr w:type="spellEnd"/>
      <w:r>
        <w:t xml:space="preserve"> </w:t>
      </w:r>
      <w:proofErr w:type="spellStart"/>
      <w:r>
        <w:t>sniženja</w:t>
      </w:r>
      <w:proofErr w:type="spellEnd"/>
      <w:r>
        <w:t xml:space="preserve"> imam </w:t>
      </w:r>
      <w:proofErr w:type="spellStart"/>
      <w:r>
        <w:t>odgovarajuću</w:t>
      </w:r>
      <w:proofErr w:type="spellEnd"/>
      <w:r>
        <w:t xml:space="preserve"> </w:t>
      </w:r>
      <w:proofErr w:type="spellStart"/>
      <w:r>
        <w:t>evidenciju</w:t>
      </w:r>
      <w:proofErr w:type="spellEnd"/>
      <w:r>
        <w:t xml:space="preserve"> </w:t>
      </w:r>
      <w:proofErr w:type="spellStart"/>
      <w:r>
        <w:t>cijena</w:t>
      </w:r>
      <w:proofErr w:type="spellEnd"/>
      <w:r>
        <w:t>.</w:t>
      </w:r>
    </w:p>
    <w:p w14:paraId="01398D16" w14:textId="77777777" w:rsidR="00654C4D" w:rsidRDefault="00DB3239">
      <w:pPr>
        <w:pStyle w:val="Izvor"/>
      </w:pPr>
      <w:r>
        <w:t>IZVOR: Zakon o zaštiti potrošača, NN 19/22, 59/23, 59/26 (važeći tekst i prijelazne odredbe): https://narodne-novine.nn.hr/clanci/sluzbeni/2022_02_19_203.html</w:t>
      </w:r>
    </w:p>
    <w:p w14:paraId="17E63373" w14:textId="77777777" w:rsidR="00654C4D" w:rsidRDefault="00000000">
      <w:r>
        <w:t xml:space="preserve">☐  </w:t>
      </w:r>
      <w:r w:rsidRPr="00B8091A">
        <w:rPr>
          <w:color w:val="E36C0A" w:themeColor="accent6" w:themeShade="BF"/>
        </w:rPr>
        <w:t xml:space="preserve">DODATNA/SIDRENA CIJENA </w:t>
      </w:r>
      <w:r>
        <w:t>- Provjerio/la sam obveze od 17.11.2026. i relevantni referentni datum.</w:t>
      </w:r>
    </w:p>
    <w:p w14:paraId="75508DEE" w14:textId="77777777" w:rsidR="00654C4D" w:rsidRDefault="00000000">
      <w:pPr>
        <w:pStyle w:val="Izvor"/>
      </w:pPr>
      <w:r>
        <w:t xml:space="preserve">IZVOR: </w:t>
      </w:r>
      <w:proofErr w:type="spellStart"/>
      <w:r>
        <w:t>Odgoda</w:t>
      </w:r>
      <w:proofErr w:type="spellEnd"/>
      <w:r>
        <w:t xml:space="preserve"> </w:t>
      </w:r>
      <w:proofErr w:type="spellStart"/>
      <w:r>
        <w:t>dodatne</w:t>
      </w:r>
      <w:proofErr w:type="spellEnd"/>
      <w:r>
        <w:t xml:space="preserve"> </w:t>
      </w:r>
      <w:proofErr w:type="spellStart"/>
      <w:r>
        <w:t>cijene</w:t>
      </w:r>
      <w:proofErr w:type="spellEnd"/>
      <w:r>
        <w:t xml:space="preserve"> </w:t>
      </w:r>
      <w:proofErr w:type="spellStart"/>
      <w:r>
        <w:t>na</w:t>
      </w:r>
      <w:proofErr w:type="spellEnd"/>
      <w:r>
        <w:t xml:space="preserve"> 17. 11. 2026., NN 110/26: https://narodne-novine.nn.hr/clanci/sluzbeni/2026_09_110_1309.html</w:t>
      </w:r>
    </w:p>
    <w:p w14:paraId="2E61CFEC" w14:textId="77777777" w:rsidR="00654C4D" w:rsidRDefault="00000000">
      <w:proofErr w:type="gramStart"/>
      <w:r>
        <w:t xml:space="preserve">☐  </w:t>
      </w:r>
      <w:r w:rsidRPr="00B8091A">
        <w:rPr>
          <w:color w:val="E36C0A" w:themeColor="accent6" w:themeShade="BF"/>
        </w:rPr>
        <w:t>WEB</w:t>
      </w:r>
      <w:proofErr w:type="gramEnd"/>
      <w:r w:rsidRPr="00B8091A">
        <w:rPr>
          <w:color w:val="E36C0A" w:themeColor="accent6" w:themeShade="BF"/>
        </w:rPr>
        <w:t xml:space="preserve"> CJENIK </w:t>
      </w:r>
      <w:r w:rsidR="00DB3239">
        <w:t>-</w:t>
      </w:r>
      <w:r>
        <w:t xml:space="preserve"> Ako imam </w:t>
      </w:r>
      <w:proofErr w:type="spellStart"/>
      <w:r>
        <w:t>vlastiti</w:t>
      </w:r>
      <w:proofErr w:type="spellEnd"/>
      <w:r>
        <w:t xml:space="preserve"> web, </w:t>
      </w:r>
      <w:proofErr w:type="spellStart"/>
      <w:r>
        <w:t>provjeri</w:t>
      </w:r>
      <w:r w:rsidR="00DB3239">
        <w:t>o</w:t>
      </w:r>
      <w:proofErr w:type="spellEnd"/>
      <w:r w:rsidR="00DB3239">
        <w:t>/</w:t>
      </w:r>
      <w:r>
        <w:t xml:space="preserve">la </w:t>
      </w:r>
      <w:proofErr w:type="spellStart"/>
      <w:r>
        <w:t>sam</w:t>
      </w:r>
      <w:proofErr w:type="spellEnd"/>
      <w:r>
        <w:t xml:space="preserve"> CSV/XML </w:t>
      </w:r>
      <w:proofErr w:type="spellStart"/>
      <w:r>
        <w:t>obvezu</w:t>
      </w:r>
      <w:proofErr w:type="spellEnd"/>
      <w:r>
        <w:t xml:space="preserve"> od 17.11.2026.</w:t>
      </w:r>
    </w:p>
    <w:p w14:paraId="7972548B" w14:textId="77777777" w:rsidR="00654C4D" w:rsidRDefault="00000000">
      <w:pPr>
        <w:pStyle w:val="Izvor"/>
      </w:pPr>
      <w:r>
        <w:t xml:space="preserve">IZVOR: </w:t>
      </w:r>
      <w:proofErr w:type="spellStart"/>
      <w:r>
        <w:t>Odgoda</w:t>
      </w:r>
      <w:proofErr w:type="spellEnd"/>
      <w:r>
        <w:t xml:space="preserve"> </w:t>
      </w:r>
      <w:proofErr w:type="spellStart"/>
      <w:r>
        <w:t>digitalnih</w:t>
      </w:r>
      <w:proofErr w:type="spellEnd"/>
      <w:r>
        <w:t xml:space="preserve"> </w:t>
      </w:r>
      <w:proofErr w:type="spellStart"/>
      <w:r>
        <w:t>cjenika</w:t>
      </w:r>
      <w:proofErr w:type="spellEnd"/>
      <w:r>
        <w:t xml:space="preserve"> </w:t>
      </w:r>
      <w:proofErr w:type="spellStart"/>
      <w:r>
        <w:t>na</w:t>
      </w:r>
      <w:proofErr w:type="spellEnd"/>
      <w:r>
        <w:t xml:space="preserve"> 17. 11. 2026., NN 110/26: https://narodne-novine.nn.hr/clanci/sluzbeni/2026_09_110_1310.html</w:t>
      </w:r>
    </w:p>
    <w:p w14:paraId="32224119" w14:textId="77777777" w:rsidR="00654C4D" w:rsidRDefault="00000000">
      <w:proofErr w:type="gramStart"/>
      <w:r>
        <w:t xml:space="preserve">☐  </w:t>
      </w:r>
      <w:r w:rsidRPr="00B8091A">
        <w:rPr>
          <w:color w:val="E36C0A" w:themeColor="accent6" w:themeShade="BF"/>
        </w:rPr>
        <w:t>PONUDA</w:t>
      </w:r>
      <w:proofErr w:type="gramEnd"/>
      <w:r>
        <w:t xml:space="preserve"> </w:t>
      </w:r>
      <w:r w:rsidR="00DB3239">
        <w:t>-</w:t>
      </w:r>
      <w:r>
        <w:t xml:space="preserve"> </w:t>
      </w:r>
      <w:proofErr w:type="spellStart"/>
      <w:r>
        <w:t>Kupcu</w:t>
      </w:r>
      <w:proofErr w:type="spellEnd"/>
      <w:r>
        <w:t xml:space="preserve"> </w:t>
      </w:r>
      <w:proofErr w:type="spellStart"/>
      <w:r>
        <w:t>šaljem</w:t>
      </w:r>
      <w:proofErr w:type="spellEnd"/>
      <w:r>
        <w:t xml:space="preserve"> </w:t>
      </w:r>
      <w:proofErr w:type="spellStart"/>
      <w:r>
        <w:t>primjenjive</w:t>
      </w:r>
      <w:proofErr w:type="spellEnd"/>
      <w:r>
        <w:t xml:space="preserve"> </w:t>
      </w:r>
      <w:proofErr w:type="spellStart"/>
      <w:r>
        <w:t>predugovorne</w:t>
      </w:r>
      <w:proofErr w:type="spellEnd"/>
      <w:r>
        <w:t xml:space="preserve"> informacije prije obveze.</w:t>
      </w:r>
    </w:p>
    <w:p w14:paraId="6728256F" w14:textId="77777777" w:rsidR="00654C4D" w:rsidRDefault="00000000">
      <w:pPr>
        <w:pStyle w:val="Izvor"/>
      </w:pPr>
      <w:r>
        <w:t>IZVOR: Zakon o zaštiti potrošača, NN 19/22, 59/23, 59/26 (važeći tekst i prijelazne odredbe): https://narodne-novine.nn.hr/clanci/sluzbeni/2022_02_19_203.html</w:t>
      </w:r>
    </w:p>
    <w:p w14:paraId="0A310CDD" w14:textId="77777777" w:rsidR="00654C4D" w:rsidRDefault="00000000">
      <w:proofErr w:type="gramStart"/>
      <w:r>
        <w:lastRenderedPageBreak/>
        <w:t xml:space="preserve">☐  </w:t>
      </w:r>
      <w:r w:rsidRPr="00B8091A">
        <w:rPr>
          <w:color w:val="E36C0A" w:themeColor="accent6" w:themeShade="BF"/>
        </w:rPr>
        <w:t>NARUDŽBA</w:t>
      </w:r>
      <w:proofErr w:type="gramEnd"/>
      <w:r w:rsidRPr="00B8091A">
        <w:rPr>
          <w:color w:val="E36C0A" w:themeColor="accent6" w:themeShade="BF"/>
        </w:rPr>
        <w:t xml:space="preserve"> </w:t>
      </w:r>
      <w:r w:rsidR="00DB3239" w:rsidRPr="00B8091A">
        <w:rPr>
          <w:color w:val="E36C0A" w:themeColor="accent6" w:themeShade="BF"/>
        </w:rPr>
        <w:t>-</w:t>
      </w:r>
      <w:r>
        <w:t xml:space="preserve"> Imam </w:t>
      </w:r>
      <w:proofErr w:type="spellStart"/>
      <w:r>
        <w:t>jasan</w:t>
      </w:r>
      <w:proofErr w:type="spellEnd"/>
      <w:r>
        <w:t xml:space="preserve"> </w:t>
      </w:r>
      <w:proofErr w:type="spellStart"/>
      <w:r>
        <w:t>postupak</w:t>
      </w:r>
      <w:proofErr w:type="spellEnd"/>
      <w:r>
        <w:t xml:space="preserve"> </w:t>
      </w:r>
      <w:proofErr w:type="spellStart"/>
      <w:r>
        <w:t>potvrde</w:t>
      </w:r>
      <w:proofErr w:type="spellEnd"/>
      <w:r>
        <w:t xml:space="preserve"> </w:t>
      </w:r>
      <w:proofErr w:type="spellStart"/>
      <w:r>
        <w:t>narudžbe</w:t>
      </w:r>
      <w:proofErr w:type="spellEnd"/>
      <w:r>
        <w:t xml:space="preserve"> i obveze plaćanja.</w:t>
      </w:r>
    </w:p>
    <w:p w14:paraId="16C71F3A" w14:textId="77777777" w:rsidR="00654C4D" w:rsidRDefault="00DB3239">
      <w:pPr>
        <w:pStyle w:val="Izvor"/>
      </w:pPr>
      <w:r>
        <w:t>IZVOR: Zakon o zaštiti potrošača, NN 19/22, 59/23, 59/26 (važeći tekst i prijelazne odredbe): https://narodne-novine.nn.hr/clanci/sluzbeni/2022_02_19_203.html</w:t>
      </w:r>
    </w:p>
    <w:p w14:paraId="7005BC99" w14:textId="77777777" w:rsidR="00654C4D" w:rsidRDefault="00000000">
      <w:proofErr w:type="gramStart"/>
      <w:r>
        <w:t xml:space="preserve">☐  </w:t>
      </w:r>
      <w:r w:rsidRPr="00B8091A">
        <w:rPr>
          <w:color w:val="E36C0A" w:themeColor="accent6" w:themeShade="BF"/>
        </w:rPr>
        <w:t>TRAJNI</w:t>
      </w:r>
      <w:proofErr w:type="gramEnd"/>
      <w:r w:rsidRPr="00B8091A">
        <w:rPr>
          <w:color w:val="E36C0A" w:themeColor="accent6" w:themeShade="BF"/>
        </w:rPr>
        <w:t xml:space="preserve"> MEDIJ </w:t>
      </w:r>
      <w:r w:rsidR="00DB3239">
        <w:t>-</w:t>
      </w:r>
      <w:r>
        <w:t xml:space="preserve"> </w:t>
      </w:r>
      <w:proofErr w:type="spellStart"/>
      <w:r>
        <w:t>Potvrdu</w:t>
      </w:r>
      <w:proofErr w:type="spellEnd"/>
      <w:r>
        <w:t xml:space="preserve"> </w:t>
      </w:r>
      <w:proofErr w:type="spellStart"/>
      <w:r>
        <w:t>ugovora</w:t>
      </w:r>
      <w:proofErr w:type="spellEnd"/>
      <w:r>
        <w:t xml:space="preserve"> </w:t>
      </w:r>
      <w:proofErr w:type="spellStart"/>
      <w:r>
        <w:t>dostavljam</w:t>
      </w:r>
      <w:proofErr w:type="spellEnd"/>
      <w:r>
        <w:t xml:space="preserve"> </w:t>
      </w:r>
      <w:proofErr w:type="spellStart"/>
      <w:r>
        <w:t>na</w:t>
      </w:r>
      <w:proofErr w:type="spellEnd"/>
      <w:r>
        <w:t xml:space="preserve"> odgovarajućem trajnom mediju.</w:t>
      </w:r>
    </w:p>
    <w:p w14:paraId="27213331" w14:textId="77777777" w:rsidR="00654C4D" w:rsidRDefault="00000000">
      <w:pPr>
        <w:pStyle w:val="Izvor"/>
      </w:pPr>
      <w:r>
        <w:t>IZVOR: Zakon o zaštiti potrošača, NN 19/22, 59/23, 59/26 (važeći tekst i prijelazne odredbe): https://narodne-novine.nn.hr/clanci/sluzbeni/2022_02_19_203.html</w:t>
      </w:r>
    </w:p>
    <w:p w14:paraId="3FB5B126" w14:textId="77777777" w:rsidR="00654C4D" w:rsidRDefault="00000000">
      <w:proofErr w:type="gramStart"/>
      <w:r>
        <w:t xml:space="preserve">☐  </w:t>
      </w:r>
      <w:r w:rsidRPr="00B8091A">
        <w:rPr>
          <w:color w:val="E36C0A" w:themeColor="accent6" w:themeShade="BF"/>
        </w:rPr>
        <w:t>PLAĆANJE</w:t>
      </w:r>
      <w:proofErr w:type="gramEnd"/>
      <w:r>
        <w:t xml:space="preserve"> </w:t>
      </w:r>
      <w:r w:rsidR="00DB3239">
        <w:t xml:space="preserve">- </w:t>
      </w:r>
      <w:proofErr w:type="spellStart"/>
      <w:r>
        <w:t>Predujam</w:t>
      </w:r>
      <w:proofErr w:type="spellEnd"/>
      <w:r>
        <w:t xml:space="preserve">, </w:t>
      </w:r>
      <w:proofErr w:type="spellStart"/>
      <w:r>
        <w:t>naplata</w:t>
      </w:r>
      <w:proofErr w:type="spellEnd"/>
      <w:r>
        <w:t xml:space="preserve"> </w:t>
      </w:r>
      <w:proofErr w:type="spellStart"/>
      <w:r>
        <w:t>i</w:t>
      </w:r>
      <w:proofErr w:type="spellEnd"/>
      <w:r>
        <w:t xml:space="preserve"> </w:t>
      </w:r>
      <w:proofErr w:type="spellStart"/>
      <w:r>
        <w:t>računi</w:t>
      </w:r>
      <w:proofErr w:type="spellEnd"/>
      <w:r>
        <w:t xml:space="preserve"> </w:t>
      </w:r>
      <w:proofErr w:type="spellStart"/>
      <w:r>
        <w:t>usklađeni</w:t>
      </w:r>
      <w:proofErr w:type="spellEnd"/>
      <w:r>
        <w:t xml:space="preserve"> </w:t>
      </w:r>
      <w:proofErr w:type="spellStart"/>
      <w:r>
        <w:t>su</w:t>
      </w:r>
      <w:proofErr w:type="spellEnd"/>
      <w:r>
        <w:t xml:space="preserve"> s </w:t>
      </w:r>
      <w:proofErr w:type="spellStart"/>
      <w:r>
        <w:t>načinom</w:t>
      </w:r>
      <w:proofErr w:type="spellEnd"/>
      <w:r>
        <w:t xml:space="preserve"> poslovanja.</w:t>
      </w:r>
    </w:p>
    <w:p w14:paraId="3859CA2F" w14:textId="77777777" w:rsidR="00654C4D" w:rsidRDefault="00DB3239">
      <w:pPr>
        <w:pStyle w:val="Izvor"/>
      </w:pPr>
      <w:r>
        <w:t xml:space="preserve">IZVOR: Zakon o </w:t>
      </w:r>
      <w:proofErr w:type="spellStart"/>
      <w:r>
        <w:t>fiskalizaciji</w:t>
      </w:r>
      <w:proofErr w:type="spellEnd"/>
      <w:r>
        <w:t xml:space="preserve"> i </w:t>
      </w:r>
      <w:proofErr w:type="spellStart"/>
      <w:r>
        <w:t>važeća</w:t>
      </w:r>
      <w:proofErr w:type="spellEnd"/>
      <w:r>
        <w:t xml:space="preserve"> </w:t>
      </w:r>
      <w:proofErr w:type="spellStart"/>
      <w:r>
        <w:t>pravila</w:t>
      </w:r>
      <w:proofErr w:type="spellEnd"/>
      <w:r>
        <w:t xml:space="preserve"> za konkretan način naplate: https://www.zakon.hr/z/548/zakon-o-fiskalizaciji-u-prometu-gotovinom</w:t>
      </w:r>
    </w:p>
    <w:p w14:paraId="67AE3C92" w14:textId="77777777" w:rsidR="00654C4D" w:rsidRDefault="00000000">
      <w:proofErr w:type="gramStart"/>
      <w:r>
        <w:t xml:space="preserve">☐  </w:t>
      </w:r>
      <w:r w:rsidRPr="00B8091A">
        <w:rPr>
          <w:color w:val="E36C0A" w:themeColor="accent6" w:themeShade="BF"/>
        </w:rPr>
        <w:t>DOSTAVA</w:t>
      </w:r>
      <w:proofErr w:type="gramEnd"/>
      <w:r w:rsidRPr="00B8091A">
        <w:rPr>
          <w:color w:val="E36C0A" w:themeColor="accent6" w:themeShade="BF"/>
        </w:rPr>
        <w:t xml:space="preserve"> </w:t>
      </w:r>
      <w:r w:rsidR="00DB3239">
        <w:t>-</w:t>
      </w:r>
      <w:r>
        <w:t xml:space="preserve"> </w:t>
      </w:r>
      <w:proofErr w:type="spellStart"/>
      <w:r>
        <w:t>Rokovi</w:t>
      </w:r>
      <w:proofErr w:type="spellEnd"/>
      <w:r>
        <w:t xml:space="preserve">, </w:t>
      </w:r>
      <w:proofErr w:type="spellStart"/>
      <w:r>
        <w:t>troškovi</w:t>
      </w:r>
      <w:proofErr w:type="spellEnd"/>
      <w:r>
        <w:t xml:space="preserve"> </w:t>
      </w:r>
      <w:proofErr w:type="spellStart"/>
      <w:r>
        <w:t>i</w:t>
      </w:r>
      <w:proofErr w:type="spellEnd"/>
      <w:r>
        <w:t xml:space="preserve"> </w:t>
      </w:r>
      <w:proofErr w:type="spellStart"/>
      <w:r>
        <w:t>postupak</w:t>
      </w:r>
      <w:proofErr w:type="spellEnd"/>
      <w:r>
        <w:t xml:space="preserve"> problema s isporukom su jasni.</w:t>
      </w:r>
    </w:p>
    <w:p w14:paraId="2256A287" w14:textId="77777777" w:rsidR="00654C4D" w:rsidRDefault="00000000">
      <w:pPr>
        <w:pStyle w:val="Izvor"/>
      </w:pPr>
      <w:r>
        <w:t>IZVOR: Zakon o zaštiti potrošača, NN 19/22, 59/23, 59/26 (važeći tekst i prijelazne odredbe): https://narodne-novine.nn.hr/clanci/sluzbeni/2022_02_19_203.html</w:t>
      </w:r>
    </w:p>
    <w:p w14:paraId="70A5E7B0" w14:textId="77777777" w:rsidR="00654C4D" w:rsidRDefault="00000000">
      <w:r>
        <w:t xml:space="preserve">☐  </w:t>
      </w:r>
      <w:r w:rsidRPr="00B8091A">
        <w:rPr>
          <w:color w:val="E36C0A" w:themeColor="accent6" w:themeShade="BF"/>
        </w:rPr>
        <w:t xml:space="preserve">RASKID </w:t>
      </w:r>
      <w:r>
        <w:t>- Imam potpunu obavijest o pravu na jednostrani raskid i obrazac kada se pravo primjenjuje.</w:t>
      </w:r>
    </w:p>
    <w:p w14:paraId="27B63231" w14:textId="77777777" w:rsidR="00654C4D" w:rsidRDefault="00000000">
      <w:pPr>
        <w:pStyle w:val="Izvor"/>
      </w:pPr>
      <w:r>
        <w:t>IZVOR: Zakon o zaštiti potrošača, NN 19/22, 59/23, 59/26 (važeći tekst i prijelazne odredbe): https://narodne-novine.nn.hr/clanci/sluzbeni/2022_02_19_203.html</w:t>
      </w:r>
    </w:p>
    <w:p w14:paraId="13B040F8" w14:textId="77777777" w:rsidR="00654C4D" w:rsidRDefault="00000000">
      <w:proofErr w:type="gramStart"/>
      <w:r>
        <w:t xml:space="preserve">☐  </w:t>
      </w:r>
      <w:r w:rsidRPr="00B8091A">
        <w:rPr>
          <w:color w:val="E36C0A" w:themeColor="accent6" w:themeShade="BF"/>
        </w:rPr>
        <w:t>IZNIMKE</w:t>
      </w:r>
      <w:proofErr w:type="gramEnd"/>
      <w:r>
        <w:t xml:space="preserve"> </w:t>
      </w:r>
      <w:r w:rsidR="00DB3239">
        <w:t>-</w:t>
      </w:r>
      <w:r>
        <w:t xml:space="preserve"> Ne </w:t>
      </w:r>
      <w:proofErr w:type="spellStart"/>
      <w:r>
        <w:t>tvrdim</w:t>
      </w:r>
      <w:proofErr w:type="spellEnd"/>
      <w:r>
        <w:t xml:space="preserve"> </w:t>
      </w:r>
      <w:r w:rsidR="00DB3239">
        <w:t>“</w:t>
      </w:r>
      <w:proofErr w:type="spellStart"/>
      <w:r>
        <w:t>nema</w:t>
      </w:r>
      <w:proofErr w:type="spellEnd"/>
      <w:r>
        <w:t xml:space="preserve"> </w:t>
      </w:r>
      <w:proofErr w:type="spellStart"/>
      <w:r>
        <w:t>povrata</w:t>
      </w:r>
      <w:proofErr w:type="spellEnd"/>
      <w:r w:rsidR="00DB3239">
        <w:t>”</w:t>
      </w:r>
      <w:r>
        <w:t xml:space="preserve"> bez </w:t>
      </w:r>
      <w:proofErr w:type="spellStart"/>
      <w:r>
        <w:t>provjere</w:t>
      </w:r>
      <w:proofErr w:type="spellEnd"/>
      <w:r>
        <w:t xml:space="preserve"> </w:t>
      </w:r>
      <w:proofErr w:type="spellStart"/>
      <w:r>
        <w:t>zakonske</w:t>
      </w:r>
      <w:proofErr w:type="spellEnd"/>
      <w:r>
        <w:t xml:space="preserve"> </w:t>
      </w:r>
      <w:proofErr w:type="spellStart"/>
      <w:r>
        <w:t>iznimke</w:t>
      </w:r>
      <w:proofErr w:type="spellEnd"/>
      <w:r>
        <w:t>.</w:t>
      </w:r>
    </w:p>
    <w:p w14:paraId="6BB9224A" w14:textId="77777777" w:rsidR="00654C4D" w:rsidRDefault="00000000">
      <w:pPr>
        <w:pStyle w:val="Izvor"/>
      </w:pPr>
      <w:r>
        <w:t>IZVOR: Zakon o zaštiti potrošača, NN 19/22, 59/23, 59/26 (važeći tekst i prijelazne odredbe): https://narodne-novine.nn.hr/clanci/sluzbeni/2022_02_19_203.html</w:t>
      </w:r>
    </w:p>
    <w:p w14:paraId="38655390" w14:textId="77777777" w:rsidR="00654C4D" w:rsidRDefault="00000000">
      <w:proofErr w:type="gramStart"/>
      <w:r>
        <w:t xml:space="preserve">☐  </w:t>
      </w:r>
      <w:r w:rsidRPr="00B8091A">
        <w:rPr>
          <w:color w:val="E36C0A" w:themeColor="accent6" w:themeShade="BF"/>
        </w:rPr>
        <w:t>PRIGOVORI</w:t>
      </w:r>
      <w:proofErr w:type="gramEnd"/>
      <w:r>
        <w:t xml:space="preserve"> </w:t>
      </w:r>
      <w:r w:rsidR="00DB3239">
        <w:t>-</w:t>
      </w:r>
      <w:r>
        <w:t xml:space="preserve"> Imam </w:t>
      </w:r>
      <w:proofErr w:type="spellStart"/>
      <w:r>
        <w:t>kanal</w:t>
      </w:r>
      <w:proofErr w:type="spellEnd"/>
      <w:r>
        <w:t xml:space="preserve"> </w:t>
      </w:r>
      <w:proofErr w:type="spellStart"/>
      <w:r>
        <w:t>i</w:t>
      </w:r>
      <w:proofErr w:type="spellEnd"/>
      <w:r>
        <w:t xml:space="preserve"> </w:t>
      </w:r>
      <w:proofErr w:type="spellStart"/>
      <w:r>
        <w:t>postupak</w:t>
      </w:r>
      <w:proofErr w:type="spellEnd"/>
      <w:r>
        <w:t xml:space="preserve"> </w:t>
      </w:r>
      <w:proofErr w:type="spellStart"/>
      <w:r>
        <w:t>odgovora</w:t>
      </w:r>
      <w:proofErr w:type="spellEnd"/>
      <w:r>
        <w:t xml:space="preserve"> u 15 dana.</w:t>
      </w:r>
    </w:p>
    <w:p w14:paraId="22439DB2" w14:textId="77777777" w:rsidR="00654C4D" w:rsidRDefault="00000000">
      <w:pPr>
        <w:pStyle w:val="Izvor"/>
      </w:pPr>
      <w:r>
        <w:t>IZVOR: Zakon o zaštiti potrošača, NN 19/22, 59/23, 59/26 (važeći tekst i prijelazne odredbe): https://narodne-novine.nn.hr/clanci/sluzbeni/2022_02_19_203.html</w:t>
      </w:r>
    </w:p>
    <w:p w14:paraId="17057C19" w14:textId="77777777" w:rsidR="00654C4D" w:rsidRDefault="00000000">
      <w:r>
        <w:t xml:space="preserve">☐  </w:t>
      </w:r>
      <w:r w:rsidRPr="00B8091A">
        <w:rPr>
          <w:color w:val="E36C0A" w:themeColor="accent6" w:themeShade="BF"/>
        </w:rPr>
        <w:t>PRIVATNOST</w:t>
      </w:r>
      <w:r>
        <w:t xml:space="preserve"> - Obavijest o privatnosti opisuje moje stvarne svrhe, pravne osnove, primatelje, rokove i prava ispitanika.</w:t>
      </w:r>
    </w:p>
    <w:p w14:paraId="48769B08" w14:textId="77777777" w:rsidR="00654C4D" w:rsidRDefault="00000000">
      <w:pPr>
        <w:pStyle w:val="Izvor"/>
      </w:pPr>
      <w:r>
        <w:t xml:space="preserve">IZVOR: </w:t>
      </w:r>
      <w:proofErr w:type="spellStart"/>
      <w:r>
        <w:t>Uredba</w:t>
      </w:r>
      <w:proofErr w:type="spellEnd"/>
      <w:r>
        <w:t xml:space="preserve"> (EU) 2016/679, </w:t>
      </w:r>
      <w:proofErr w:type="spellStart"/>
      <w:r>
        <w:t>čl</w:t>
      </w:r>
      <w:proofErr w:type="spellEnd"/>
      <w:r>
        <w:t>. 5., 6., 13., 28.: https://eur-lex.europa.eu/eli/reg/2016/679/oj?locale=hr</w:t>
      </w:r>
    </w:p>
    <w:p w14:paraId="0926547B" w14:textId="77777777" w:rsidR="00654C4D" w:rsidRDefault="00000000">
      <w:proofErr w:type="gramStart"/>
      <w:r>
        <w:t xml:space="preserve">☐  </w:t>
      </w:r>
      <w:r w:rsidRPr="00B8091A">
        <w:rPr>
          <w:color w:val="E36C0A" w:themeColor="accent6" w:themeShade="BF"/>
        </w:rPr>
        <w:t>DOKUMENTACIJA</w:t>
      </w:r>
      <w:proofErr w:type="gramEnd"/>
      <w:r>
        <w:t xml:space="preserve"> </w:t>
      </w:r>
      <w:r w:rsidR="00DB3239">
        <w:t>-</w:t>
      </w:r>
      <w:r>
        <w:t xml:space="preserve"> </w:t>
      </w:r>
      <w:proofErr w:type="spellStart"/>
      <w:r>
        <w:t>Čuvam</w:t>
      </w:r>
      <w:proofErr w:type="spellEnd"/>
      <w:r>
        <w:t xml:space="preserve"> </w:t>
      </w:r>
      <w:proofErr w:type="spellStart"/>
      <w:r>
        <w:t>primjenjive</w:t>
      </w:r>
      <w:proofErr w:type="spellEnd"/>
      <w:r>
        <w:t xml:space="preserve"> </w:t>
      </w:r>
      <w:proofErr w:type="spellStart"/>
      <w:r>
        <w:t>potvrde</w:t>
      </w:r>
      <w:proofErr w:type="spellEnd"/>
      <w:r>
        <w:t xml:space="preserve">, </w:t>
      </w:r>
      <w:proofErr w:type="spellStart"/>
      <w:r>
        <w:t>evidencije</w:t>
      </w:r>
      <w:proofErr w:type="spellEnd"/>
      <w:r>
        <w:t xml:space="preserve"> i dokumente.</w:t>
      </w:r>
    </w:p>
    <w:p w14:paraId="1E83AC9B" w14:textId="77777777" w:rsidR="00654C4D" w:rsidRDefault="00000000">
      <w:pPr>
        <w:pStyle w:val="Izvor"/>
      </w:pPr>
      <w:r>
        <w:t>IZVOR: Zakon o zaštiti potrošača, NN 19/22, 59/23, 59/26 (važeći tekst i prijelazne odredbe): https://narodne-novine.nn.hr/clanci/sluzbeni/2022_02_19_203.html</w:t>
      </w:r>
    </w:p>
    <w:p w14:paraId="3C817972" w14:textId="77777777" w:rsidR="00654C4D" w:rsidRDefault="00000000">
      <w:r>
        <w:br w:type="page"/>
      </w:r>
    </w:p>
    <w:p w14:paraId="4E1CDAA9" w14:textId="77777777" w:rsidR="00654C4D" w:rsidRDefault="00000000">
      <w:pPr>
        <w:pStyle w:val="Naslov1"/>
      </w:pPr>
      <w:r>
        <w:rPr>
          <w:rFonts w:ascii="Montserrat" w:eastAsia="Montserrat" w:hAnsi="Montserrat" w:cs="Montserrat"/>
        </w:rPr>
        <w:lastRenderedPageBreak/>
        <w:t>Važno prije korištenja</w:t>
      </w:r>
    </w:p>
    <w:p w14:paraId="43FD73D7" w14:textId="77777777" w:rsidR="00654C4D" w:rsidRDefault="00000000">
      <w:r>
        <w:t>Ovi predlošci služe kao praktična baza za prilagodbu. Nisu individualni pravni savjet i ne mogu obuhvatiti posebna pravila svake djelatnosti, proizvoda ili usluge. Prije objave prilagodi ih stvarnom načinu poslovanja. Verzija paketa: 7. listopada 2026.</w:t>
      </w:r>
    </w:p>
    <w:tbl>
      <w:tblPr>
        <w:tblW w:w="0" w:type="auto"/>
        <w:jc w:val="center"/>
        <w:tblLook w:val="04A0" w:firstRow="1" w:lastRow="0" w:firstColumn="1" w:lastColumn="0" w:noHBand="0" w:noVBand="1"/>
      </w:tblPr>
      <w:tblGrid>
        <w:gridCol w:w="10166"/>
      </w:tblGrid>
      <w:tr w:rsidR="00654C4D" w14:paraId="75F51F88" w14:textId="77777777">
        <w:trPr>
          <w:jc w:val="center"/>
        </w:trPr>
        <w:tc>
          <w:tcPr>
            <w:tcW w:w="10166" w:type="dxa"/>
            <w:shd w:val="clear" w:color="auto" w:fill="FFF4E8"/>
            <w:tcMar>
              <w:top w:w="170" w:type="dxa"/>
              <w:left w:w="200" w:type="dxa"/>
              <w:bottom w:w="170" w:type="dxa"/>
              <w:right w:w="200" w:type="dxa"/>
            </w:tcMar>
          </w:tcPr>
          <w:p w14:paraId="6D51CEE7" w14:textId="77777777" w:rsidR="00654C4D" w:rsidRDefault="00000000">
            <w:r>
              <w:rPr>
                <w:b/>
                <w:color w:val="F28C28"/>
                <w:sz w:val="22"/>
              </w:rPr>
              <w:t>Podsjetnik za 17. studenoga 2026.</w:t>
            </w:r>
          </w:p>
          <w:p w14:paraId="767B5EEA" w14:textId="77777777" w:rsidR="00654C4D" w:rsidRDefault="00000000">
            <w:r>
              <w:t>Primjena odluka o dodatnoj cijeni i objavi cjenika odgođena je na 17. studenoga 2026. Referentni datum 10. rujna 2026. ostaje nepromijenjen. Ako koristiš dijelove predložaka koji se odnose na te obveze, provjeri ih neposredno prije primjene.</w:t>
            </w:r>
          </w:p>
        </w:tc>
      </w:tr>
    </w:tbl>
    <w:p w14:paraId="57C78D3B" w14:textId="77777777" w:rsidR="002955E4" w:rsidRDefault="002955E4"/>
    <w:sectPr w:rsidR="002955E4"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E78BD" w14:textId="77777777" w:rsidR="00D73688" w:rsidRDefault="00D73688">
      <w:pPr>
        <w:spacing w:after="0" w:line="240" w:lineRule="auto"/>
      </w:pPr>
      <w:r>
        <w:separator/>
      </w:r>
    </w:p>
  </w:endnote>
  <w:endnote w:type="continuationSeparator" w:id="0">
    <w:p w14:paraId="66DFB4A1" w14:textId="77777777" w:rsidR="00D73688" w:rsidRDefault="00D73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ontserrat">
    <w:charset w:val="EE"/>
    <w:family w:val="auto"/>
    <w:pitch w:val="variable"/>
    <w:sig w:usb0="2000020F" w:usb1="00000003" w:usb2="00000000" w:usb3="00000000" w:csb0="00000197"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9094" w14:textId="77777777" w:rsidR="00654C4D" w:rsidRDefault="00000000">
    <w:pPr>
      <w:pStyle w:val="Podnoje"/>
      <w:jc w:val="center"/>
    </w:pPr>
    <w:proofErr w:type="gramStart"/>
    <w:r>
      <w:rPr>
        <w:sz w:val="15"/>
      </w:rPr>
      <w:t>www.moj-knjigovoda.hr  •</w:t>
    </w:r>
    <w:proofErr w:type="gramEnd"/>
    <w:r>
      <w:rPr>
        <w:sz w:val="15"/>
      </w:rPr>
      <w:t xml:space="preserve">  </w:t>
    </w:r>
    <w:proofErr w:type="spellStart"/>
    <w:r>
      <w:rPr>
        <w:sz w:val="15"/>
      </w:rPr>
      <w:t>praktično</w:t>
    </w:r>
    <w:proofErr w:type="spellEnd"/>
    <w:r>
      <w:rPr>
        <w:sz w:val="15"/>
      </w:rPr>
      <w:t xml:space="preserve">, </w:t>
    </w:r>
    <w:proofErr w:type="spellStart"/>
    <w:r>
      <w:rPr>
        <w:sz w:val="15"/>
      </w:rPr>
      <w:t>jasno</w:t>
    </w:r>
    <w:proofErr w:type="spellEnd"/>
    <w:r>
      <w:rPr>
        <w:sz w:val="15"/>
      </w:rPr>
      <w:t xml:space="preserve"> </w:t>
    </w:r>
    <w:proofErr w:type="spellStart"/>
    <w:r>
      <w:rPr>
        <w:sz w:val="15"/>
      </w:rPr>
      <w:t>i</w:t>
    </w:r>
    <w:proofErr w:type="spellEnd"/>
    <w:r>
      <w:rPr>
        <w:sz w:val="15"/>
      </w:rPr>
      <w:t xml:space="preserve"> bez </w:t>
    </w:r>
    <w:proofErr w:type="spellStart"/>
    <w:r>
      <w:rPr>
        <w:sz w:val="15"/>
      </w:rPr>
      <w:t>filozofije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BC873" w14:textId="77777777" w:rsidR="00D73688" w:rsidRDefault="00D73688">
      <w:pPr>
        <w:spacing w:after="0" w:line="240" w:lineRule="auto"/>
      </w:pPr>
      <w:r>
        <w:separator/>
      </w:r>
    </w:p>
  </w:footnote>
  <w:footnote w:type="continuationSeparator" w:id="0">
    <w:p w14:paraId="0D0D2B1F" w14:textId="77777777" w:rsidR="00D73688" w:rsidRDefault="00D73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3560" w14:textId="77777777" w:rsidR="00654C4D" w:rsidRDefault="00000000">
    <w:pPr>
      <w:pStyle w:val="Zaglavlje"/>
      <w:jc w:val="right"/>
    </w:pPr>
    <w:r>
      <w:rPr>
        <w:b/>
        <w:color w:val="268B4B"/>
        <w:sz w:val="17"/>
      </w:rPr>
      <w:t>MOJ KNJIGOVOĐA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43550404">
    <w:abstractNumId w:val="8"/>
  </w:num>
  <w:num w:numId="2" w16cid:durableId="2012488824">
    <w:abstractNumId w:val="6"/>
  </w:num>
  <w:num w:numId="3" w16cid:durableId="2069526048">
    <w:abstractNumId w:val="5"/>
  </w:num>
  <w:num w:numId="4" w16cid:durableId="2141992797">
    <w:abstractNumId w:val="4"/>
  </w:num>
  <w:num w:numId="5" w16cid:durableId="745347321">
    <w:abstractNumId w:val="7"/>
  </w:num>
  <w:num w:numId="6" w16cid:durableId="841510646">
    <w:abstractNumId w:val="3"/>
  </w:num>
  <w:num w:numId="7" w16cid:durableId="1932198412">
    <w:abstractNumId w:val="2"/>
  </w:num>
  <w:num w:numId="8" w16cid:durableId="940604339">
    <w:abstractNumId w:val="1"/>
  </w:num>
  <w:num w:numId="9" w16cid:durableId="40456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FE9"/>
    <w:rsid w:val="0015074B"/>
    <w:rsid w:val="002955E4"/>
    <w:rsid w:val="0029639D"/>
    <w:rsid w:val="00326F90"/>
    <w:rsid w:val="00355FCC"/>
    <w:rsid w:val="00654C4D"/>
    <w:rsid w:val="00840A0E"/>
    <w:rsid w:val="00AA1D8D"/>
    <w:rsid w:val="00B25A0B"/>
    <w:rsid w:val="00B47730"/>
    <w:rsid w:val="00B731D9"/>
    <w:rsid w:val="00B8091A"/>
    <w:rsid w:val="00CB0664"/>
    <w:rsid w:val="00D73688"/>
    <w:rsid w:val="00DB3239"/>
    <w:rsid w:val="00E560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B71CD5"/>
  <w14:defaultImageDpi w14:val="300"/>
  <w15:docId w15:val="{74740138-E3A4-4CF8-9657-278DBA42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Montserrat" w:eastAsia="Montserrat" w:hAnsi="Montserrat" w:cs="Montserrat"/>
      <w:color w:val="37424A"/>
      <w:sz w:val="21"/>
    </w:rPr>
  </w:style>
  <w:style w:type="paragraph" w:styleId="Naslov1">
    <w:name w:val="heading 1"/>
    <w:basedOn w:val="Normal"/>
    <w:next w:val="Normal"/>
    <w:link w:val="Naslov1Char"/>
    <w:uiPriority w:val="9"/>
    <w:qFormat/>
    <w:rsid w:val="00FC693F"/>
    <w:pPr>
      <w:keepNext/>
      <w:keepLines/>
      <w:spacing w:before="240"/>
      <w:outlineLvl w:val="0"/>
    </w:pPr>
    <w:rPr>
      <w:rFonts w:asciiTheme="majorHAnsi" w:eastAsiaTheme="majorEastAsia" w:hAnsiTheme="majorHAnsi" w:cstheme="majorBidi"/>
      <w:b/>
      <w:bCs/>
      <w:color w:val="268B4B"/>
      <w:sz w:val="38"/>
      <w:szCs w:val="28"/>
    </w:rPr>
  </w:style>
  <w:style w:type="paragraph" w:styleId="Naslov2">
    <w:name w:val="heading 2"/>
    <w:basedOn w:val="Normal"/>
    <w:next w:val="Normal"/>
    <w:link w:val="Naslov2Char"/>
    <w:uiPriority w:val="9"/>
    <w:unhideWhenUsed/>
    <w:qFormat/>
    <w:rsid w:val="00FC693F"/>
    <w:pPr>
      <w:keepNext/>
      <w:keepLines/>
      <w:spacing w:before="240"/>
      <w:outlineLvl w:val="1"/>
    </w:pPr>
    <w:rPr>
      <w:rFonts w:asciiTheme="majorHAnsi" w:eastAsiaTheme="majorEastAsia" w:hAnsiTheme="majorHAnsi" w:cstheme="majorBidi"/>
      <w:b/>
      <w:bCs/>
      <w:color w:val="268B4B"/>
      <w:sz w:val="28"/>
      <w:szCs w:val="26"/>
    </w:rPr>
  </w:style>
  <w:style w:type="paragraph" w:styleId="Naslov3">
    <w:name w:val="heading 3"/>
    <w:basedOn w:val="Normal"/>
    <w:next w:val="Normal"/>
    <w:link w:val="Naslov3Char"/>
    <w:uiPriority w:val="9"/>
    <w:unhideWhenUsed/>
    <w:qFormat/>
    <w:rsid w:val="00FC693F"/>
    <w:pPr>
      <w:keepNext/>
      <w:keepLines/>
      <w:spacing w:before="240"/>
      <w:outlineLvl w:val="2"/>
    </w:pPr>
    <w:rPr>
      <w:rFonts w:asciiTheme="majorHAnsi" w:eastAsiaTheme="majorEastAsia" w:hAnsiTheme="majorHAnsi" w:cstheme="majorBidi"/>
      <w:b/>
      <w:bCs/>
      <w:color w:val="F28C28"/>
      <w:sz w:val="23"/>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rPr>
      <w:rFonts w:ascii="Montserrat" w:eastAsia="Montserrat" w:hAnsi="Montserrat" w:cs="Montserrat"/>
    </w:rPr>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rPr>
      <w:rFonts w:ascii="Montserrat" w:eastAsia="Montserrat" w:hAnsi="Montserrat" w:cs="Montserrat"/>
    </w:rPr>
  </w:style>
  <w:style w:type="paragraph" w:styleId="Bezproreda">
    <w:name w:val="No Spacing"/>
    <w:uiPriority w:val="1"/>
    <w:qFormat/>
    <w:rsid w:val="00FC693F"/>
    <w:pPr>
      <w:spacing w:after="0" w:line="240" w:lineRule="auto"/>
    </w:pPr>
    <w:rPr>
      <w:rFonts w:ascii="Montserrat" w:eastAsia="Montserrat" w:hAnsi="Montserrat" w:cs="Montserrat"/>
    </w:r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keepNext/>
      <w:pBdr>
        <w:bottom w:val="single" w:sz="8" w:space="4" w:color="4F81BD" w:themeColor="accent1"/>
      </w:pBdr>
      <w:spacing w:before="240" w:line="240" w:lineRule="auto"/>
      <w:contextualSpacing/>
    </w:pPr>
    <w:rPr>
      <w:rFonts w:asciiTheme="majorHAnsi" w:eastAsiaTheme="majorEastAsia" w:hAnsiTheme="majorHAnsi" w:cstheme="majorBidi"/>
      <w:b/>
      <w:color w:val="268B4B"/>
      <w:spacing w:val="5"/>
      <w:kern w:val="28"/>
      <w:sz w:val="54"/>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style>
  <w:style w:type="character" w:customStyle="1" w:styleId="TijelotekstaChar">
    <w:name w:val="Tijelo teksta Char"/>
    <w:basedOn w:val="Zadanifontodlomka"/>
    <w:link w:val="Tijeloteksta"/>
    <w:uiPriority w:val="99"/>
    <w:rsid w:val="00AA1D8D"/>
    <w:rPr>
      <w:rFonts w:ascii="Montserrat" w:eastAsia="Montserrat" w:hAnsi="Montserrat" w:cs="Montserrat"/>
    </w:rPr>
  </w:style>
  <w:style w:type="paragraph" w:styleId="Tijeloteksta2">
    <w:name w:val="Body Text 2"/>
    <w:basedOn w:val="Normal"/>
    <w:link w:val="Tijeloteksta2Char"/>
    <w:uiPriority w:val="99"/>
    <w:unhideWhenUsed/>
    <w:rsid w:val="00AA1D8D"/>
    <w:pPr>
      <w:spacing w:line="480" w:lineRule="auto"/>
    </w:pPr>
  </w:style>
  <w:style w:type="character" w:customStyle="1" w:styleId="Tijeloteksta2Char">
    <w:name w:val="Tijelo teksta 2 Char"/>
    <w:basedOn w:val="Zadanifontodlomka"/>
    <w:link w:val="Tijeloteksta2"/>
    <w:uiPriority w:val="99"/>
    <w:rsid w:val="00AA1D8D"/>
    <w:rPr>
      <w:rFonts w:ascii="Montserrat" w:eastAsia="Montserrat" w:hAnsi="Montserrat" w:cs="Montserrat"/>
    </w:rPr>
  </w:style>
  <w:style w:type="paragraph" w:styleId="Tijeloteksta3">
    <w:name w:val="Body Text 3"/>
    <w:basedOn w:val="Normal"/>
    <w:link w:val="Tijeloteksta3Char"/>
    <w:uiPriority w:val="99"/>
    <w:unhideWhenUsed/>
    <w:rsid w:val="00AA1D8D"/>
    <w:rPr>
      <w:sz w:val="16"/>
      <w:szCs w:val="16"/>
    </w:rPr>
  </w:style>
  <w:style w:type="character" w:customStyle="1" w:styleId="Tijeloteksta3Char">
    <w:name w:val="Tijelo teksta 3 Char"/>
    <w:basedOn w:val="Zadanifontodlomka"/>
    <w:link w:val="Tijeloteksta3"/>
    <w:uiPriority w:val="99"/>
    <w:rsid w:val="00AA1D8D"/>
    <w:rPr>
      <w:rFonts w:ascii="Montserrat" w:eastAsia="Montserrat" w:hAnsi="Montserrat" w:cs="Montserrat"/>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ind w:left="360"/>
      <w:contextualSpacing/>
    </w:pPr>
  </w:style>
  <w:style w:type="paragraph" w:styleId="Nastavakpopisa2">
    <w:name w:val="List Continue 2"/>
    <w:basedOn w:val="Normal"/>
    <w:uiPriority w:val="99"/>
    <w:unhideWhenUsed/>
    <w:rsid w:val="0029639D"/>
    <w:pPr>
      <w:ind w:left="720"/>
      <w:contextualSpacing/>
    </w:pPr>
  </w:style>
  <w:style w:type="paragraph" w:styleId="Nastavakpopisa3">
    <w:name w:val="List Continue 3"/>
    <w:basedOn w:val="Normal"/>
    <w:uiPriority w:val="99"/>
    <w:unhideWhenUsed/>
    <w:rsid w:val="0029639D"/>
    <w:pPr>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Montserrat" w:eastAsia="Montserrat" w:hAnsi="Montserrat" w:cs="Montserrat"/>
      <w:sz w:val="20"/>
      <w:szCs w:val="20"/>
    </w:rPr>
  </w:style>
  <w:style w:type="character" w:customStyle="1" w:styleId="TekstmakronaredbeChar">
    <w:name w:val="Tekst makronaredbe Char"/>
    <w:basedOn w:val="Zadanifontodlomka"/>
    <w:link w:val="Tekstmakronaredbe"/>
    <w:uiPriority w:val="99"/>
    <w:rsid w:val="0029639D"/>
    <w:rPr>
      <w:rFonts w:ascii="Montserrat" w:eastAsia="Montserrat" w:hAnsi="Montserrat" w:cs="Montserrat"/>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rFonts w:ascii="Montserrat" w:eastAsia="Montserrat" w:hAnsi="Montserrat" w:cs="Montserrat"/>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rFonts w:ascii="Montserrat" w:eastAsia="Montserrat" w:hAnsi="Montserrat" w:cs="Montserrat"/>
      <w:b/>
      <w:bCs/>
    </w:rPr>
  </w:style>
  <w:style w:type="character" w:styleId="Istaknuto">
    <w:name w:val="Emphasis"/>
    <w:basedOn w:val="Zadanifontodlomka"/>
    <w:uiPriority w:val="20"/>
    <w:qFormat/>
    <w:rsid w:val="00FC693F"/>
    <w:rPr>
      <w:rFonts w:ascii="Montserrat" w:eastAsia="Montserrat" w:hAnsi="Montserrat" w:cs="Montserrat"/>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rFonts w:ascii="Montserrat" w:eastAsia="Montserrat" w:hAnsi="Montserrat" w:cs="Montserrat"/>
      <w:b/>
      <w:bCs/>
      <w:i/>
      <w:iCs/>
      <w:color w:val="4F81BD" w:themeColor="accent1"/>
    </w:rPr>
  </w:style>
  <w:style w:type="character" w:styleId="Neupadljivoisticanje">
    <w:name w:val="Subtle Emphasis"/>
    <w:basedOn w:val="Zadanifontodlomka"/>
    <w:uiPriority w:val="19"/>
    <w:qFormat/>
    <w:rsid w:val="00FC693F"/>
    <w:rPr>
      <w:rFonts w:ascii="Montserrat" w:eastAsia="Montserrat" w:hAnsi="Montserrat" w:cs="Montserrat"/>
      <w:i/>
      <w:iCs/>
      <w:color w:val="808080" w:themeColor="text1" w:themeTint="7F"/>
    </w:rPr>
  </w:style>
  <w:style w:type="character" w:styleId="Jakoisticanje">
    <w:name w:val="Intense Emphasis"/>
    <w:basedOn w:val="Zadanifontodlomka"/>
    <w:uiPriority w:val="21"/>
    <w:qFormat/>
    <w:rsid w:val="00FC693F"/>
    <w:rPr>
      <w:rFonts w:ascii="Montserrat" w:eastAsia="Montserrat" w:hAnsi="Montserrat" w:cs="Montserrat"/>
      <w:b/>
      <w:bCs/>
      <w:i/>
      <w:iCs/>
      <w:color w:val="4F81BD" w:themeColor="accent1"/>
    </w:rPr>
  </w:style>
  <w:style w:type="character" w:styleId="Neupadljivareferenca">
    <w:name w:val="Subtle Reference"/>
    <w:basedOn w:val="Zadanifontodlomka"/>
    <w:uiPriority w:val="31"/>
    <w:qFormat/>
    <w:rsid w:val="00FC693F"/>
    <w:rPr>
      <w:rFonts w:ascii="Montserrat" w:eastAsia="Montserrat" w:hAnsi="Montserrat" w:cs="Montserrat"/>
      <w:smallCaps/>
      <w:color w:val="C0504D" w:themeColor="accent2"/>
      <w:u w:val="single"/>
    </w:rPr>
  </w:style>
  <w:style w:type="character" w:styleId="Istaknutareferenca">
    <w:name w:val="Intense Reference"/>
    <w:basedOn w:val="Zadanifontodlomka"/>
    <w:uiPriority w:val="32"/>
    <w:qFormat/>
    <w:rsid w:val="00FC693F"/>
    <w:rPr>
      <w:rFonts w:ascii="Montserrat" w:eastAsia="Montserrat" w:hAnsi="Montserrat" w:cs="Montserrat"/>
      <w:b/>
      <w:bCs/>
      <w:smallCaps/>
      <w:color w:val="C0504D" w:themeColor="accent2"/>
      <w:spacing w:val="5"/>
      <w:u w:val="single"/>
    </w:rPr>
  </w:style>
  <w:style w:type="character" w:styleId="Naslovknjige">
    <w:name w:val="Book Title"/>
    <w:basedOn w:val="Zadanifontodlomka"/>
    <w:uiPriority w:val="33"/>
    <w:qFormat/>
    <w:rsid w:val="00FC693F"/>
    <w:rPr>
      <w:rFonts w:ascii="Montserrat" w:eastAsia="Montserrat" w:hAnsi="Montserrat" w:cs="Montserrat"/>
      <w:b/>
      <w:bCs/>
      <w:smallCaps/>
      <w:spacing w:val="5"/>
    </w:rPr>
  </w:style>
  <w:style w:type="paragraph" w:styleId="TOCNaslov">
    <w:name w:val="TOC Heading"/>
    <w:basedOn w:val="Naslov1"/>
    <w:next w:val="Normal"/>
    <w:uiPriority w:val="39"/>
    <w:semiHidden/>
    <w:unhideWhenUsed/>
    <w:qFormat/>
    <w:rsid w:val="00FC693F"/>
    <w:pPr>
      <w:outlineLvl w:val="9"/>
    </w:pPr>
    <w:rPr>
      <w:rFonts w:ascii="Montserrat" w:eastAsia="Montserrat" w:hAnsi="Montserrat" w:cs="Montserrat"/>
    </w:rPr>
  </w:style>
  <w:style w:type="table" w:styleId="Reetkatablice">
    <w:name w:val="Table Grid"/>
    <w:basedOn w:val="Obinatablica"/>
    <w:uiPriority w:val="59"/>
    <w:rsid w:val="00FC693F"/>
    <w:pPr>
      <w:spacing w:after="0" w:line="240" w:lineRule="auto"/>
    </w:pPr>
    <w:rPr>
      <w:rFonts w:ascii="Montserrat" w:eastAsia="Montserrat" w:hAnsi="Montserrat" w:cs="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rFonts w:ascii="Montserrat" w:eastAsia="Montserrat" w:hAnsi="Montserrat" w:cs="Montserrat"/>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rFonts w:ascii="Montserrat" w:eastAsia="Montserrat" w:hAnsi="Montserrat" w:cs="Montserrat"/>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rFonts w:ascii="Montserrat" w:eastAsia="Montserrat" w:hAnsi="Montserrat" w:cs="Montserrat"/>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rFonts w:ascii="Montserrat" w:eastAsia="Montserrat" w:hAnsi="Montserrat" w:cs="Montserrat"/>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rFonts w:ascii="Montserrat" w:eastAsia="Montserrat" w:hAnsi="Montserrat" w:cs="Montserrat"/>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rFonts w:ascii="Montserrat" w:eastAsia="Montserrat" w:hAnsi="Montserrat" w:cs="Montserrat"/>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rFonts w:ascii="Montserrat" w:eastAsia="Montserrat" w:hAnsi="Montserrat" w:cs="Montserrat"/>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rPr>
      <w:rFonts w:ascii="Montserrat" w:eastAsia="Montserrat" w:hAnsi="Montserrat" w:cs="Montserra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rPr>
      <w:rFonts w:ascii="Montserrat" w:eastAsia="Montserrat" w:hAnsi="Montserrat" w:cs="Montserr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rPr>
      <w:rFonts w:ascii="Montserrat" w:eastAsia="Montserrat" w:hAnsi="Montserrat" w:cs="Montserr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rPr>
      <w:rFonts w:ascii="Montserrat" w:eastAsia="Montserrat" w:hAnsi="Montserrat" w:cs="Montserr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rPr>
      <w:rFonts w:ascii="Montserrat" w:eastAsia="Montserrat" w:hAnsi="Montserrat" w:cs="Montserr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rPr>
      <w:rFonts w:ascii="Montserrat" w:eastAsia="Montserrat" w:hAnsi="Montserrat" w:cs="Montserr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rPr>
      <w:rFonts w:ascii="Montserrat" w:eastAsia="Montserrat" w:hAnsi="Montserrat" w:cs="Montserr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rPr>
      <w:rFonts w:ascii="Montserrat" w:eastAsia="Montserrat" w:hAnsi="Montserrat" w:cs="Montserra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rPr>
      <w:rFonts w:ascii="Montserrat" w:eastAsia="Montserrat" w:hAnsi="Montserrat" w:cs="Montserr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rPr>
      <w:rFonts w:ascii="Montserrat" w:eastAsia="Montserrat" w:hAnsi="Montserrat" w:cs="Montserr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rPr>
      <w:rFonts w:ascii="Montserrat" w:eastAsia="Montserrat" w:hAnsi="Montserrat" w:cs="Montserra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rPr>
      <w:rFonts w:ascii="Montserrat" w:eastAsia="Montserrat" w:hAnsi="Montserrat" w:cs="Montserra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rFonts w:ascii="Montserrat" w:eastAsia="Montserrat" w:hAnsi="Montserrat" w:cs="Montserrat"/>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rFonts w:ascii="Montserrat" w:eastAsia="Montserrat" w:hAnsi="Montserrat" w:cs="Montserrat"/>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rFonts w:ascii="Montserrat" w:eastAsia="Montserrat" w:hAnsi="Montserrat" w:cs="Montserrat"/>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rFonts w:ascii="Montserrat" w:eastAsia="Montserrat" w:hAnsi="Montserrat" w:cs="Montserrat"/>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zvor">
    <w:name w:val="Izvor"/>
    <w:rPr>
      <w:rFonts w:ascii="Montserrat" w:eastAsia="Montserrat" w:hAnsi="Montserrat" w:cs="Montserrat"/>
      <w:i/>
      <w:color w:val="37424A"/>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4084</Words>
  <Characters>23279</Characters>
  <Application>Microsoft Office Word</Application>
  <DocSecurity>0</DocSecurity>
  <Lines>193</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Moj knjigovođa – Besplatni predlošci i checklista za prodaju preko društvenih mreža</vt:lpstr>
      <vt:lpstr/>
    </vt:vector>
  </TitlesOfParts>
  <Manager/>
  <Company/>
  <LinksUpToDate>false</LinksUpToDate>
  <CharactersWithSpaces>27309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Moj knjigovođa – Besplatni predlošci i checklista za prodaju preko društvenih mreža</dc:title>
  <dc:subject/>
  <dc:creator>python-docx</dc:creator>
  <cp:keywords/>
  <dc:description>generated by python-docx</dc:description>
  <cp:lastModifiedBy>Petra Dmitrović</cp:lastModifiedBy>
  <cp:revision>2</cp:revision>
  <dcterms:created xsi:type="dcterms:W3CDTF">2026-10-07T18:22:00Z</dcterms:created>
  <dcterms:modified xsi:type="dcterms:W3CDTF">2026-10-07T18:22:00Z</dcterms:modified>
  <cp:category/>
</cp:coreProperties>
</file>